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Tanmay Kulshreshtha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Data Scientist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Hyderabad, Telangana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M.Sc. Statistics graduate with a data science internship at an insurance analytics firm, where I built a claim severity model in Python. Strong in regression, tree-based models, feature engineering and cross-validation, with working SQL and basic model deployment through Flask. Seeking a junior data scientist role on prediction or forecasting problems.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Python (pandas, scikit-learn) · SQL · Regression and classification · XGBoost and LightGBM · Feature engineering · Cross-validation · Hypothesis testing · Flask APIs · Git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Data Science Intern</w:t>
      </w:r>
      <w:r>
        <w:t xml:space="preserve"> — Analytics firm serving general insurers,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Built a gradient boosting model to predict motor claim severity, beating the existing rule-based estimate on mean absolute error.</w:t>
      </w:r>
    </w:p>
    <w:p>
      <w:pPr>
        <w:pStyle w:val="ListBullet"/>
        <w:spacing w:after="40"/>
      </w:pPr>
      <w:r>
        <w:t>Engineered features from policy, vehicle and garage data, and documented each one with its business meaning for the actuarial team.</w:t>
      </w:r>
    </w:p>
    <w:p>
      <w:pPr>
        <w:pStyle w:val="ListBullet"/>
        <w:spacing w:after="40"/>
      </w:pPr>
      <w:r>
        <w:t>Wrapped the model in a Flask API and wrote unit tests so the engineering team could call it from the claims portal sandbox.</w:t>
      </w:r>
    </w:p>
    <w:p>
      <w:pPr>
        <w:spacing w:after="20"/>
      </w:pPr>
      <w:r>
        <w:rPr>
          <w:b/>
        </w:rPr>
        <w:t>Research Assistant</w:t>
      </w:r>
      <w:r>
        <w:t xml:space="preserve"> — University statistics department,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part-time</w:t>
      </w:r>
    </w:p>
    <w:p>
      <w:pPr>
        <w:pStyle w:val="ListBullet"/>
        <w:spacing w:after="40"/>
      </w:pPr>
      <w:r>
        <w:t>Cleaned and analysed district-level rainfall and crop yield data for a faculty project on monsoon variability.</w:t>
      </w:r>
    </w:p>
    <w:p>
      <w:pPr>
        <w:pStyle w:val="ListBullet"/>
        <w:spacing w:after="40"/>
      </w:pPr>
      <w:r>
        <w:t>Fitted mixed-effects models in R and produced charts used in a departmental working paper.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M.Sc. in Statistics</w:t>
      </w:r>
      <w:r>
        <w:t xml:space="preserve"> — Central university,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Dissertation: forecasting daily electricity demand with gradient boosting and seasonal features</w:t>
      </w:r>
    </w:p>
    <w:p>
      <w:pPr>
        <w:spacing w:after="20"/>
      </w:pPr>
      <w:r>
        <w:rPr>
          <w:b/>
        </w:rPr>
        <w:t>B.Sc. in Mathematics</w:t>
      </w:r>
      <w:r>
        <w:t xml:space="preserve"> — Government degree college, Agra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Machine Learning Specialisation, online course</w:t>
      </w:r>
    </w:p>
    <w:p>
      <w:pPr>
        <w:pStyle w:val="ListBullet"/>
        <w:spacing w:after="40"/>
      </w:pPr>
      <w:r>
        <w:t>Kaggle competitions — two bronze medals in tabular contests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Electricity demand forecast — weekly model on public grid data with holiday and temperature features, documented on GitHub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digitalcvmaker.com/resume-examples/data-scientists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Tanmay Kulshreshtha – Junior Data Scientist resume</dc:title>
  <dc:subject>data-scientists resume example</dc:subject>
  <dc:creator>digitalcvmaker.com</dc:creator>
  <cp:keywords>template, data-scientists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