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Shruti Venkataraman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Data Scientist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Bengaluru,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Data scientist with seven years of experience building recommendation, pricing and demand forecasting models for e-commerce and quick-commerce businesses. Takes problems from framing to production with engineers, designs A/B tests to prove impact and mentors three junior data scientists. Works in Python, SQL, Spark and MLflow on cloud data platforms.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Machine learning in production · Recommendation systems · Demand forecasting · Experiment design and causal inference · Python, SQL, PySpark · MLflow and model monitoring · Feature stores · Stakeholder storytelling · Mentoring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Data Scientist</w:t>
      </w:r>
      <w:r>
        <w:t xml:space="preserve"> — Quick-commerce grocery delivery company,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 · current</w:t>
      </w:r>
    </w:p>
    <w:p>
      <w:pPr>
        <w:pStyle w:val="ListBullet"/>
        <w:spacing w:after="40"/>
      </w:pPr>
      <w:r>
        <w:t>Built store-level demand forecasts for over 5,000 products, reducing stock-outs and wastage of perishables across dark stores.</w:t>
      </w:r>
    </w:p>
    <w:p>
      <w:pPr>
        <w:pStyle w:val="ListBullet"/>
        <w:spacing w:after="40"/>
      </w:pPr>
      <w:r>
        <w:t>Designed the experimentation framework for pricing tests, including guardrail metrics and a minimum detectable effect calculator.</w:t>
      </w:r>
    </w:p>
    <w:p>
      <w:pPr>
        <w:pStyle w:val="ListBullet"/>
        <w:spacing w:after="40"/>
      </w:pPr>
      <w:r>
        <w:t>Shipped a frequently-bought-together model that raised add-on items per order in a controlled rollout.</w:t>
      </w:r>
    </w:p>
    <w:p>
      <w:pPr>
        <w:pStyle w:val="ListBullet"/>
        <w:spacing w:after="40"/>
      </w:pPr>
      <w:r>
        <w:t>Mentor three data scientists through weekly reviews of problem framing, validation choices and model documentation.</w:t>
      </w:r>
    </w:p>
    <w:p>
      <w:pPr>
        <w:spacing w:after="20"/>
      </w:pPr>
      <w:r>
        <w:rPr>
          <w:b/>
        </w:rPr>
        <w:t>Data Scientist</w:t>
      </w:r>
      <w:r>
        <w:t xml:space="preserve"> — Online fashion retailer,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Built a size recommendation model from returns and fit feedback, cutting size-related returns in the pilot categories.</w:t>
      </w:r>
    </w:p>
    <w:p>
      <w:pPr>
        <w:pStyle w:val="ListBullet"/>
        <w:spacing w:after="40"/>
      </w:pPr>
      <w:r>
        <w:t>Developed a markdown optimisation model for end-of-season sales, tested against category managers’ manual discounts.</w:t>
      </w:r>
    </w:p>
    <w:p>
      <w:pPr>
        <w:pStyle w:val="ListBullet"/>
        <w:spacing w:after="40"/>
      </w:pPr>
      <w:r>
        <w:t>Moved training pipelines from notebooks to scheduled PySpark jobs with MLflow tracking and drift alerts.</w:t>
      </w:r>
    </w:p>
    <w:p>
      <w:pPr>
        <w:spacing w:after="20"/>
      </w:pPr>
      <w:r>
        <w:rPr>
          <w:b/>
        </w:rPr>
        <w:t>Analytics Engineer</w:t>
      </w:r>
      <w:r>
        <w:t xml:space="preserve"> — Market research and analytics firm, Chennai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Automated survey weighting and segmentation in Python for consumer goods clients, replacing manual spreadsheet steps.</w:t>
      </w:r>
    </w:p>
    <w:p>
      <w:pPr>
        <w:pStyle w:val="ListBullet"/>
        <w:spacing w:after="40"/>
      </w:pPr>
      <w:r>
        <w:t>Built a k-means customer segmentation that a beverage client used to plan regional promotions.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M.Tech in Computer Science (Data Science)</w:t>
      </w:r>
      <w:r>
        <w:t xml:space="preserve"> — National institute of technology, Tiruchirappalli</w:t>
      </w:r>
    </w:p>
    <w:p>
      <w:pPr>
        <w:spacing w:after="20"/>
      </w:pPr>
      <w:r>
        <w:rPr>
          <w:b/>
        </w:rPr>
        <w:t>B.E. in Computer Science</w:t>
      </w:r>
      <w:r>
        <w:t xml:space="preserve"> — Engineering college affiliated to a state university, Chennai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Google Cloud Professional Machine Learning Engineer</w:t>
      </w:r>
    </w:p>
    <w:p>
      <w:pPr>
        <w:pStyle w:val="ListBullet"/>
        <w:spacing w:after="40"/>
      </w:pPr>
      <w:r>
        <w:t>Causal Inference for Data Science, online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Forecast accuracy review — built a weekly back-test report that made forecast errors visible to category teams</w:t>
      </w:r>
    </w:p>
    <w:p>
      <w:pPr>
        <w:pStyle w:val="ListBullet"/>
        <w:spacing w:after="40"/>
      </w:pPr>
      <w:r>
        <w:t>Internal ML guild talk series — organised monthly sessions on experiment pitfalls and model monitoring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Tamil · Kannada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digitalcvmaker.com/resume-examples/data-scientists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Shruti Venkataraman – Senior Data Scientist resume</dc:title>
  <dc:subject>data-scientists resume example</dc:subject>
  <dc:creator>digitalcvmaker.com</dc:creator>
  <cp:keywords>template, data-scientists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