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Nikhil Verma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Data Analyst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Indore, Madhya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B.Sc. Statistics graduate with a six-month analytics internship at a retail chain, writing SQL queries and building weekly sales dashboards in Power BI. Cleans messy transaction data in Python, explains trends in plain language and double-checks numbers before sharing. Seeking an entry-level analyst role in retail, e-commerce or consumer finance.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SQL · Power BI · Excel pivot tables · Python (Pandas) · Data cleaning · Descriptive statistics · DAX basics · Stakeholder reporting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Data Analytics Intern</w:t>
      </w:r>
      <w:r>
        <w:t xml:space="preserve"> — Regional supermarket chain with 40 stores, Indore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Wrote SQL queries on roughly two million monthly billing rows to track category sales, footfall and average basket value by store.</w:t>
      </w:r>
    </w:p>
    <w:p>
      <w:pPr>
        <w:pStyle w:val="ListBullet"/>
        <w:spacing w:after="40"/>
      </w:pPr>
      <w:r>
        <w:t>Built a Power BI dashboard for store managers that replaced a manually emailed Excel report and refreshed automatically every morning.</w:t>
      </w:r>
    </w:p>
    <w:p>
      <w:pPr>
        <w:pStyle w:val="ListBullet"/>
        <w:spacing w:after="40"/>
      </w:pPr>
      <w:r>
        <w:t>Identified eleven stores with repeated stock-outs in dairy, and the supply team adjusted reorder levels after reviewing the analysis.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B.Sc. Statistics</w:t>
      </w:r>
      <w:r>
        <w:t xml:space="preserve"> — Government autonomous college, Indore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Coursework in regression, sampling and probability</w:t>
      </w:r>
    </w:p>
    <w:p>
      <w:pPr>
        <w:spacing w:after="20"/>
      </w:pPr>
      <w:r>
        <w:rPr>
          <w:b/>
        </w:rPr>
        <w:t>Class XII, Science (PCM)</w:t>
      </w:r>
      <w:r>
        <w:t xml:space="preserve"> — CBSE senior secondary school, Ujjain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Microsoft Certified: Power BI Data Analyst Associate (PL-300)</w:t>
      </w:r>
    </w:p>
    <w:p>
      <w:pPr>
        <w:pStyle w:val="ListBullet"/>
        <w:spacing w:after="40"/>
      </w:pPr>
      <w:r>
        <w:t>NPTEL course in Python for Data Science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Mandi price tracker — scraped wholesale onion and soybean prices and charted weekly volatility across five Madhya Pradesh markets</w:t>
      </w:r>
    </w:p>
    <w:p>
      <w:pPr>
        <w:pStyle w:val="ListBullet"/>
        <w:spacing w:after="40"/>
      </w:pPr>
      <w:r>
        <w:t>Loan default classifier — trained a logistic regression model on a public lending dataset and explained key risk factors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digitalcvmaker.com/resume-examples/data-analysts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Nikhil Verma – Data Analyst resume</dc:title>
  <dc:subject>data-analysts resume example</dc:subject>
  <dc:creator>digitalcvmaker.com</dc:creator>
  <cp:keywords>template, data-analysts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