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Ayesha Mirza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Customer Support Executive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Hyderabad, Telangana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Graduate with seven months of experience on an inbound voice and chat process for a consumer electronics brand. Handles order, warranty and installation queries in English, Hindi, Urdu and Telugu, and logs every case in Freshdesk. Comfortable with rotational shifts and looking for a customer support role with a product or e-commerce company.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Inbound voice support · Live chat handling · Freshdesk ticketing · Complaint de-escalation · Warranty and returns process · Typing at 40 words per minute · Call notes and tagging · Multilingual support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Customer Support Associate</w:t>
      </w:r>
      <w:r>
        <w:t xml:space="preserve"> — Outsourced contact centre serving a consumer electronics brand,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7 months · current</w:t>
      </w:r>
    </w:p>
    <w:p>
      <w:pPr>
        <w:pStyle w:val="ListBullet"/>
        <w:spacing w:after="40"/>
      </w:pPr>
      <w:r>
        <w:t>Handle 70 to 80 inbound calls and chats a shift on orders, warranty claims and technician visits.</w:t>
      </w:r>
    </w:p>
    <w:p>
      <w:pPr>
        <w:pStyle w:val="ListBullet"/>
        <w:spacing w:after="40"/>
      </w:pPr>
      <w:r>
        <w:t>Maintain CSAT above the team target by confirming next steps and turnaround time before closing every call.</w:t>
      </w:r>
    </w:p>
    <w:p>
      <w:pPr>
        <w:pStyle w:val="ListBullet"/>
        <w:spacing w:after="40"/>
      </w:pPr>
      <w:r>
        <w:t>Raise service requests for installation and repair, and follow up with field partners when visits are missed.</w:t>
      </w:r>
    </w:p>
    <w:p>
      <w:pPr>
        <w:pStyle w:val="ListBullet"/>
        <w:spacing w:after="40"/>
      </w:pPr>
      <w:r>
        <w:t>Tag tickets accurately by issue type, helping the team lead spot recurring complaints about one remote control model.</w:t>
      </w:r>
    </w:p>
    <w:p>
      <w:pPr>
        <w:spacing w:after="20"/>
      </w:pPr>
      <w:r>
        <w:rPr>
          <w:b/>
        </w:rPr>
        <w:t>Front Desk Volunteer</w:t>
      </w:r>
      <w:r>
        <w:t xml:space="preserve"> — Charitable eye care camp, Hyderabad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months · weekends</w:t>
      </w:r>
    </w:p>
    <w:p>
      <w:pPr>
        <w:pStyle w:val="ListBullet"/>
        <w:spacing w:after="40"/>
      </w:pPr>
      <w:r>
        <w:t>Registered patients, explained the screening process and managed the queue for about 150 visitors a day.</w:t>
      </w:r>
    </w:p>
    <w:p>
      <w:pPr>
        <w:pStyle w:val="ListBullet"/>
        <w:spacing w:after="40"/>
      </w:pPr>
      <w:r>
        <w:t>Answered calls from families and noted follow-up appointments in a shared register.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B.A. in English Literature</w:t>
      </w:r>
      <w:r>
        <w:t xml:space="preserve"> — Women’s degree college affiliated to a state university, Hyderabad</w:t>
      </w:r>
    </w:p>
    <w:p>
      <w:pPr>
        <w:spacing w:after="20"/>
      </w:pPr>
      <w:r>
        <w:rPr>
          <w:b/>
        </w:rPr>
        <w:t>Intermediate (MEC)</w:t>
      </w:r>
      <w:r>
        <w:t xml:space="preserve"> — State board junior college, Hyderabad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Customer Service Fundamentals, online course</w:t>
      </w:r>
    </w:p>
    <w:p>
      <w:pPr>
        <w:pStyle w:val="ListBullet"/>
        <w:spacing w:after="40"/>
      </w:pPr>
      <w:r>
        <w:t>Spoken English and Email Etiquette, institute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Process quiz — prepared a weekly ten-question quiz on warranty rules that the trainer now uses for new joiners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Urdu · Telugu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digitalcvmaker.com/resume-examples/customer-support-executives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Ayesha Mirza – Customer Support Executive resume</dc:title>
  <dc:subject>customer-support-executives resume example</dc:subject>
  <dc:creator>digitalcvmaker.com</dc:creator>
  <cp:keywords>template, customer-support-executives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