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Nikhil Agarwal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Business Analyst, Management Consulting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Gurugram, Haryana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MBA graduate with a consulting internship in retail operations and a background in economics. Structures problems into clear hypotheses, builds Excel models and turns findings into crisp slide storylines. Seeking an analyst role in a strategy or operations consulting practice, with interest in consumer goods and retail sectors.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Excel modelling · PowerPoint storylining · Market sizing · Hypothesis-driven analysis · SQL basics · Primary research · Survey design · Stakeholder interviews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Summer Consulting Intern</w:t>
      </w:r>
      <w:r>
        <w:t xml:space="preserve"> — mid-sized management consulting firm,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10-week summer internship</w:t>
      </w:r>
    </w:p>
    <w:p>
      <w:pPr>
        <w:pStyle w:val="ListBullet"/>
        <w:spacing w:after="40"/>
      </w:pPr>
      <w:r>
        <w:t>Analysed store-level sales for a 120-outlet apparel retailer and identified 15 stores dragging regional margins.</w:t>
      </w:r>
    </w:p>
    <w:p>
      <w:pPr>
        <w:pStyle w:val="ListBullet"/>
        <w:spacing w:after="40"/>
      </w:pPr>
      <w:r>
        <w:t>Interviewed 25 store managers and built a root-cause tree that shaped the final inventory recommendations.</w:t>
      </w:r>
    </w:p>
    <w:p>
      <w:pPr>
        <w:pStyle w:val="ListBullet"/>
        <w:spacing w:after="40"/>
      </w:pPr>
      <w:r>
        <w:t>Drafted slides for the steering committee deck, which the client adopted for its quarterly review.</w:t>
      </w:r>
    </w:p>
    <w:p>
      <w:pPr>
        <w:spacing w:after="20"/>
      </w:pPr>
      <w:r>
        <w:rPr>
          <w:b/>
        </w:rPr>
        <w:t>Live Project Member</w:t>
      </w:r>
      <w:r>
        <w:t xml:space="preserve"> — regional dairy cooperative,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6-week academic project</w:t>
      </w:r>
    </w:p>
    <w:p>
      <w:pPr>
        <w:pStyle w:val="ListBullet"/>
        <w:spacing w:after="40"/>
      </w:pPr>
      <w:r>
        <w:t>Mapped the milk collection route network and proposed changes to reduce empty truck runs.</w:t>
      </w:r>
    </w:p>
    <w:p>
      <w:pPr>
        <w:pStyle w:val="ListBullet"/>
        <w:spacing w:after="40"/>
      </w:pPr>
      <w:r>
        <w:t>Presented a cost-saving estimate to the cooperative board, which approved a pilot on two routes.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(Strategy and Operations)</w:t>
      </w:r>
      <w:r>
        <w:t xml:space="preserve"> — tier-1 business school,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Case competition finalist; consulting club coordinator</w:t>
      </w:r>
    </w:p>
    <w:p>
      <w:pPr>
        <w:spacing w:after="20"/>
      </w:pPr>
      <w:r>
        <w:rPr>
          <w:b/>
        </w:rPr>
        <w:t>BA (Hons) Economics</w:t>
      </w:r>
      <w:r>
        <w:t xml:space="preserve"> — central university college, New Delhi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Lean Six Sigma Green Belt (training completed)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Market entry study — sized the organised pet food market in tier-2 cities for a class project graded top of the section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digitalcvmaker.com/resume-examples/consultants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Nikhil Agarwal – Business Analyst, Management Consulting resume</dc:title>
  <dc:subject>consultants resume example</dc:subject>
  <dc:creator>digitalcvmaker.com</dc:creator>
  <cp:keywords>template, consultants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