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Gurpreet Kaur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Assistant Football Coach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Jalandhar, Punjab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Former state-level footballer beginning a coaching career with youth players. Holds an AIFF grassroots licence and has assisted in running training sessions for under-12 and under-14 squads. Plans age-appropriate drills, tracks attendance and fitness, and communicates regularly with parents. Seeking an assistant coach role at a school or football academy.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Youth training sessions · Drill planning · Fitness testing · First aid · Match analysis basics · Parent communication · Team discipline · Video review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Assistant Coach (Trainee)</w:t>
      </w:r>
      <w:r>
        <w:t xml:space="preserve"> — residential football academy, Jalandhar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 · current</w:t>
      </w:r>
    </w:p>
    <w:p>
      <w:pPr>
        <w:pStyle w:val="ListBullet"/>
        <w:spacing w:after="40"/>
      </w:pPr>
      <w:r>
        <w:t>Assists the head coach in daily sessions for 40 players in the under-12 and under-14 groups.</w:t>
      </w:r>
    </w:p>
    <w:p>
      <w:pPr>
        <w:pStyle w:val="ListBullet"/>
        <w:spacing w:after="40"/>
      </w:pPr>
      <w:r>
        <w:t>Designed a warm-up and mobility routine that reduced minor muscle strains during the pre-season camp.</w:t>
      </w:r>
    </w:p>
    <w:p>
      <w:pPr>
        <w:pStyle w:val="ListBullet"/>
        <w:spacing w:after="40"/>
      </w:pPr>
      <w:r>
        <w:t>Recorded match footage and prepared short clips highlighting positioning errors for weekly team reviews.</w:t>
      </w:r>
    </w:p>
    <w:p>
      <w:pPr>
        <w:spacing w:after="20"/>
      </w:pPr>
      <w:r>
        <w:rPr>
          <w:b/>
        </w:rPr>
        <w:t>Volunteer Coach</w:t>
      </w:r>
      <w:r>
        <w:t xml:space="preserve"> — community sports programme for girls, Jalandhar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weekends</w:t>
      </w:r>
    </w:p>
    <w:p>
      <w:pPr>
        <w:pStyle w:val="ListBullet"/>
        <w:spacing w:after="40"/>
      </w:pPr>
      <w:r>
        <w:t>Ran weekend football sessions for 25 girls from nearby villages, many playing organised sport for the first time.</w:t>
      </w:r>
    </w:p>
    <w:p>
      <w:pPr>
        <w:pStyle w:val="ListBullet"/>
        <w:spacing w:after="40"/>
      </w:pPr>
      <w:r>
        <w:t>Helped three players earn trials with the district team through extra skill sessions and fitness plans.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Physical Education (B.P.Ed.)</w:t>
      </w:r>
      <w:r>
        <w:t xml:space="preserve"> — state university department of physical education, Patiala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Represented the university in inter-university football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AIFF Grassroots Leaders Licence</w:t>
      </w:r>
    </w:p>
    <w:p>
      <w:pPr>
        <w:pStyle w:val="ListBullet"/>
        <w:spacing w:after="40"/>
      </w:pPr>
      <w:r>
        <w:t>Basic First Aid and CPR, recognised training provider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Punjabi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digitalcvmaker.com/resume-examples/coaches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Gurpreet Kaur – Assistant Football Coach resume</dc:title>
  <dc:subject>coaches resume example</dc:subject>
  <dc:creator>digitalcvmaker.com</dc:creator>
  <cp:keywords>template, coaches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