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Vishal Rawat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Commis Chef – Continental and Bakery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Dehradun, Uttarakhand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Hotel management graduate trained in continental hot kitchen and bakery, with industrial training at a five-star resort and a first job as commis in a busy all-day café. Works cleanly under pressure, follows recipes and plating standards exactly, and keeps station logs for temperature and labelling. Seeking a commis role in a hotel or restaurant brigade.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Mise en place · Continental sauces · Bread and viennoiserie · Knife skills · Plating standards · FIFO and labelling · Temperature logs · Station cleaning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Commis II</w:t>
      </w:r>
      <w:r>
        <w:t xml:space="preserve"> — All-day café and bakery with 80 covers,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10 months · current</w:t>
      </w:r>
    </w:p>
    <w:p>
      <w:pPr>
        <w:pStyle w:val="ListBullet"/>
        <w:spacing w:after="40"/>
      </w:pPr>
      <w:r>
        <w:t>Prepare breads, croissants and laminated doughs for daily service, producing about 200 pieces each morning shift.</w:t>
      </w:r>
    </w:p>
    <w:p>
      <w:pPr>
        <w:pStyle w:val="ListBullet"/>
        <w:spacing w:after="40"/>
      </w:pPr>
      <w:r>
        <w:t>Run the pasta and sandwich station during weekend rush, serving up to 150 covers without plating complaints.</w:t>
      </w:r>
    </w:p>
    <w:p>
      <w:pPr>
        <w:pStyle w:val="ListBullet"/>
        <w:spacing w:after="40"/>
      </w:pPr>
      <w:r>
        <w:t>Maintain chiller temperature logs and date labels, helping the kitchen clear a surprise hygiene inspection without remarks.</w:t>
      </w:r>
    </w:p>
    <w:p>
      <w:pPr>
        <w:spacing w:after="20"/>
      </w:pPr>
      <w:r>
        <w:rPr>
          <w:b/>
        </w:rPr>
        <w:t>Industrial Trainee</w:t>
      </w:r>
      <w:r>
        <w:t xml:space="preserve"> — Five-star hill resort, Mussoorie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5-month industrial training</w:t>
      </w:r>
    </w:p>
    <w:p>
      <w:pPr>
        <w:pStyle w:val="ListBullet"/>
        <w:spacing w:after="40"/>
      </w:pPr>
      <w:r>
        <w:t>Rotated through the continental kitchen, pastry, banquet and Indian sections under the guidance of chefs de partie.</w:t>
      </w:r>
    </w:p>
    <w:p>
      <w:pPr>
        <w:pStyle w:val="ListBullet"/>
        <w:spacing w:after="40"/>
      </w:pPr>
      <w:r>
        <w:t>Assisted banquet prep for weddings of up to 400 guests, portioning desserts and sauces to the chef’s standards.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B.Sc. in Hospitality and Hotel Administration</w:t>
      </w:r>
      <w:r>
        <w:t xml:space="preserve"> — Government institute of hotel management,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Specialisation in food production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FoSTaC Basic Food Safety Training (Catering), FSSAI</w:t>
      </w:r>
    </w:p>
    <w:p>
      <w:pPr>
        <w:pStyle w:val="ListBullet"/>
        <w:spacing w:after="40"/>
      </w:pPr>
      <w:r>
        <w:t>Short course in artisan bread baking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Hill Grain Loaf — sourdough using local mandua flour, added to the café’s weekend menu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Garhwali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digitalcvmaker.com/resume-examples/chefs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Vishal Rawat – Commis Chef – Continental and Bakery resume</dc:title>
  <dc:subject>chefs resume example</dc:subject>
  <dc:creator>digitalcvmaker.com</dc:creator>
  <cp:keywords>template, chefs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