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Kritika Arora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Cabin Crew Trainee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New Delhi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Aviation and hospitality diploma holder with ten months of customer service experience at an airport lounge and front desk work at a business hotel. Trained in in-flight service etiquette, emergency procedures and first aid, and comfortable with early-morning and night shifts. Applying for cabin crew roles with domestic and international carriers.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Passenger service · In-flight safety basics · First aid and CPR · Grooming and uniform standards · Announcements in English and Hindi · Complaint handling · Teamwork in shifts · Swimming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Lounge Service Associate</w:t>
      </w:r>
      <w:r>
        <w:t xml:space="preserve"> — Airport lounge operator at a metro airport,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10 months · current</w:t>
      </w:r>
    </w:p>
    <w:p>
      <w:pPr>
        <w:pStyle w:val="ListBullet"/>
        <w:spacing w:after="40"/>
      </w:pPr>
      <w:r>
        <w:t>Welcome around 300 premium passengers a shift, check eligibility and guide them to seating and buffet areas.</w:t>
      </w:r>
    </w:p>
    <w:p>
      <w:pPr>
        <w:pStyle w:val="ListBullet"/>
        <w:spacing w:after="40"/>
      </w:pPr>
      <w:r>
        <w:t>Assist elderly and first-time travellers with boarding gate information and escort them when flights are called.</w:t>
      </w:r>
    </w:p>
    <w:p>
      <w:pPr>
        <w:pStyle w:val="ListBullet"/>
        <w:spacing w:after="40"/>
      </w:pPr>
      <w:r>
        <w:t>Handle complaints about delays calmly and coordinate with airline staff on rebooking information.</w:t>
      </w:r>
    </w:p>
    <w:p>
      <w:pPr>
        <w:spacing w:after="20"/>
      </w:pPr>
      <w:r>
        <w:rPr>
          <w:b/>
        </w:rPr>
        <w:t>Front Desk Trainee</w:t>
      </w:r>
      <w:r>
        <w:t xml:space="preserve"> — Business hotel near the airport,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4-month internship</w:t>
      </w:r>
    </w:p>
    <w:p>
      <w:pPr>
        <w:pStyle w:val="ListBullet"/>
        <w:spacing w:after="40"/>
      </w:pPr>
      <w:r>
        <w:t>Checked in airline crew and transit guests, coordinating wake-up calls and airport transfers.</w:t>
      </w:r>
    </w:p>
    <w:p>
      <w:pPr>
        <w:pStyle w:val="ListBullet"/>
        <w:spacing w:after="40"/>
      </w:pPr>
      <w:r>
        <w:t>Handled late-night arrivals and room changes while keeping records accurate for the morning shift.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Aviation, Hospitality and Travel Management</w:t>
      </w:r>
      <w:r>
        <w:t xml:space="preserve"> — Private aviation training institute,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Mock cabin training: safety demonstrations, galley service and evacuation drills</w:t>
      </w:r>
    </w:p>
    <w:p>
      <w:pPr>
        <w:spacing w:after="20"/>
      </w:pPr>
      <w:r>
        <w:rPr>
          <w:b/>
        </w:rPr>
        <w:t>B.A. (Programme)</w:t>
      </w:r>
      <w:r>
        <w:t xml:space="preserve"> — College affiliated to a central university, New Delhi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Basic Life Support and First Aid, certified course</w:t>
      </w:r>
    </w:p>
    <w:p>
      <w:pPr>
        <w:pStyle w:val="ListBullet"/>
        <w:spacing w:after="40"/>
      </w:pPr>
      <w:r>
        <w:t>Swimming proficiency, 50 metres, sports club certificate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Mock flight service — led galley and trolley service on a mock cabin during institute assessments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 · French (basic)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digitalcvmaker.com/resume-examples/cabin-crew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Kritika Arora – Cabin Crew Trainee resume</dc:title>
  <dc:subject>cabin-crew resume example</dc:subject>
  <dc:creator>digitalcvmaker.com</dc:creator>
  <cp:keywords>template, cabin-crew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