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Prerna Kapoor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Business Analyst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Commerce and analytics graduate with a six-month business analyst internship at a fintech lending startup. Wrote user stories, mapped loan onboarding flows in process diagrams and ran SQL queries for the product team. Comfortable with Jira, Excel and Power BI. Looking for a junior business analyst role in banking, fintech or insurance technology.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Requirement gathering · User stories and acceptance criteria · Process mapping (BPMN) · SQL queries · Excel pivots and lookups · Power BI basics · Jira and Confluence · UAT support · Stakeholder interviews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Business Analyst Intern</w:t>
      </w:r>
      <w:r>
        <w:t xml:space="preserve"> — Fintech startup offering small-ticket personal loans,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Mapped the as-is and to-be loan onboarding journey, identifying three manual KYC steps the product team later automated.</w:t>
      </w:r>
    </w:p>
    <w:p>
      <w:pPr>
        <w:pStyle w:val="ListBullet"/>
        <w:spacing w:after="40"/>
      </w:pPr>
      <w:r>
        <w:t>Wrote 45 user stories with acceptance criteria for a repayment reminder feature, reviewed and accepted by the engineering lead.</w:t>
      </w:r>
    </w:p>
    <w:p>
      <w:pPr>
        <w:pStyle w:val="ListBullet"/>
        <w:spacing w:after="40"/>
      </w:pPr>
      <w:r>
        <w:t>Pulled weekly drop-off numbers with SQL and built a Power BI page the product manager used in sprint reviews.</w:t>
      </w:r>
    </w:p>
    <w:p>
      <w:pPr>
        <w:pStyle w:val="ListBullet"/>
        <w:spacing w:after="40"/>
      </w:pPr>
      <w:r>
        <w:t>Prepared UAT scenarios and logged 30 defects in Jira, retesting each one before sign-off.</w:t>
      </w:r>
    </w:p>
    <w:p>
      <w:pPr>
        <w:spacing w:after="20"/>
      </w:pPr>
      <w:r>
        <w:rPr>
          <w:b/>
        </w:rPr>
        <w:t>Analytics Volunteer</w:t>
      </w:r>
      <w:r>
        <w:t xml:space="preserve"> — Non-profit running after-school learning centres,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months · part-time</w:t>
      </w:r>
    </w:p>
    <w:p>
      <w:pPr>
        <w:pStyle w:val="ListBullet"/>
        <w:spacing w:after="40"/>
      </w:pPr>
      <w:r>
        <w:t>Interviewed centre coordinators and designed a simple attendance and learning-level tracker in Google Sheets.</w:t>
      </w:r>
    </w:p>
    <w:p>
      <w:pPr>
        <w:pStyle w:val="ListBullet"/>
        <w:spacing w:after="40"/>
      </w:pPr>
      <w:r>
        <w:t>Produced a monthly summary that helped the programme head spot two centres with falling attendance early.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BBA in Business Analytics</w:t>
      </w:r>
      <w:r>
        <w:t xml:space="preserve"> — Private university,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Capstone: churn analysis for a subscription meal service using SQL and Excel</w:t>
      </w:r>
    </w:p>
    <w:p>
      <w:pPr>
        <w:spacing w:after="20"/>
      </w:pPr>
      <w:r>
        <w:rPr>
          <w:b/>
        </w:rPr>
        <w:t>Higher Secondary (Commerce with Maths)</w:t>
      </w:r>
      <w:r>
        <w:t xml:space="preserve"> — CBSE senior secondary school, Pune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Entry Certificate in Business Analysis (ECBA), IIBA</w:t>
      </w:r>
    </w:p>
    <w:p>
      <w:pPr>
        <w:pStyle w:val="ListBullet"/>
        <w:spacing w:after="40"/>
      </w:pPr>
      <w:r>
        <w:t>SQL for Data Analysis,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Mock BRD — wrote a full business requirements document for a college library app, including use cases and wireframes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digitalcvmaker.com/resume-examples/business-analysts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Prerna Kapoor – Junior Business Analyst resume</dc:title>
  <dc:subject>business-analysts resume example</dc:subject>
  <dc:creator>digitalcvmaker.com</dc:creator>
  <cp:keywords>template, business-analysts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