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for starting your own business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to start my own business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writing to formally resign from my position as [Designation] at [Company name]. I have decided to start my own business, and I need to give it my full time and attention.</w:t>
      </w:r>
    </w:p>
    <w:p>
      <w:pPr>
        <w:spacing w:after="120"/>
      </w:pPr>
      <w:r>
        <w:rPr>
          <w:b w:val="0"/>
          <w:i w:val="0"/>
        </w:rPr>
        <w:t>As per my appointment letter, my last working day will be [Last working day]. Until then, I will remain fully committed to my current responsibilities. I will complete pending work, prepare detailed handover notes and make sure my successor has access to all the files, tools and contacts required.</w:t>
      </w:r>
    </w:p>
    <w:p>
      <w:pPr>
        <w:spacing w:after="120"/>
      </w:pPr>
      <w:r>
        <w:rPr>
          <w:b w:val="0"/>
          <w:i w:val="0"/>
        </w:rPr>
        <w:t>My time at [Company name] has taught me a great deal about customers, teamwork and running things well, and much of what I have learnt here will shape how I build my own venture. I am grateful to you for your guidance.</w:t>
      </w:r>
    </w:p>
    <w:p>
      <w:pPr>
        <w:spacing w:after="120"/>
      </w:pPr>
      <w:r>
        <w:rPr>
          <w:b w:val="0"/>
          <w:i w:val="0"/>
        </w:rPr>
        <w:t>Please let me know the next steps for my exit, full and final settlement and relieving and experience letters.</w:t>
      </w:r>
    </w:p>
    <w:p>
      <w:pPr>
        <w:spacing w:after="120"/>
      </w:pPr>
      <w:r>
        <w:rPr>
          <w:b w:val="0"/>
          <w:i w:val="0"/>
        </w:rPr>
        <w:t>With sincere thanks,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[Your name],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resigning from my role as [Designation] to start a business of my own. My last working day will be [Last working day], in line with my notice period.</w:t>
      </w:r>
    </w:p>
    <w:p>
      <w:pPr>
        <w:spacing w:after="120"/>
      </w:pPr>
      <w:r>
        <w:rPr>
          <w:b w:val="0"/>
          <w:i w:val="0"/>
        </w:rPr>
        <w:t>I will make sure all my responsibilities are handed over smoothly and that nothing is left pending before I go. If there is anything you would like me to focus on first, please let me know.</w:t>
      </w:r>
    </w:p>
    <w:p>
      <w:pPr>
        <w:spacing w:after="120"/>
      </w:pPr>
      <w:r>
        <w:rPr>
          <w:b w:val="0"/>
          <w:i w:val="0"/>
        </w:rPr>
        <w:t>Thank you for your support and for the experience I gained while working with you. It gave me the confidence to take this step, and I would be happy to stay in touch as the venture takes shape.</w:t>
      </w:r>
    </w:p>
    <w:p>
      <w:pPr>
        <w:spacing w:after="120"/>
      </w:pPr>
      <w:r>
        <w:rPr>
          <w:b w:val="0"/>
          <w:i w:val="0"/>
        </w:rPr>
        <w:t>I have copied HR to begin the exit formalities.</w:t>
      </w:r>
    </w:p>
    <w:p>
      <w:pPr>
        <w:spacing w:after="120"/>
      </w:pPr>
      <w:r>
        <w:rPr>
          <w:b w:val="0"/>
          <w:i w:val="0"/>
        </w:rPr>
        <w:t>Best 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Resignation and confirmation on confidentiality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Please accept this letter as my resignation from the post of [Designation] at [Company name]. I am leaving to start my own venture, and my last working day as per my notice period will be [Last working day].</w:t>
      </w:r>
    </w:p>
    <w:p>
      <w:pPr>
        <w:spacing w:after="120"/>
      </w:pPr>
      <w:r>
        <w:rPr>
          <w:b w:val="0"/>
          <w:i w:val="0"/>
        </w:rPr>
        <w:t>I want to be transparent that my business will operate in [Business area]. I have reviewed the confidentiality and other applicable clauses in my appointment letter and will honour them. I will not use any company information, client data or materials in my new work, and I will return all company assets and documents on or before my last working day.</w:t>
      </w:r>
    </w:p>
    <w:p>
      <w:pPr>
        <w:spacing w:after="120"/>
      </w:pPr>
      <w:r>
        <w:rPr>
          <w:b w:val="0"/>
          <w:i w:val="0"/>
        </w:rPr>
        <w:t>If HR would like to discuss any specific obligations, I am happy to do so before I leave. I will also complete a full handover so that my current projects continue without interruption.</w:t>
      </w:r>
    </w:p>
    <w:p>
      <w:pPr>
        <w:spacing w:after="120"/>
      </w:pPr>
      <w:r>
        <w:rPr>
          <w:b w:val="0"/>
          <w:i w:val="0"/>
        </w:rPr>
        <w:t>Thank you for the opportunities and support I have received here.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digitalcvmaker.com/resignation-letter/starting-own-business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to Start Own Business –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