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Resignation letter due to relocation to another city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Three sample letters. Keep the one that fits, replace the text in [brackets], and match the notice period in your appointment letter.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1</w:t>
      </w:r>
    </w:p>
    <w:p>
      <w:pPr>
        <w:spacing w:after="120"/>
      </w:pPr>
      <w:r>
        <w:rPr>
          <w:b w:val="0"/>
          <w:i w:val="0"/>
        </w:rPr>
        <w:t>Subject: Resignation due to relocation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I am writing to inform you of my decision to resign from my position as [Designation] at [Company name]. Due to family circumstances, I will be relocating to [New city] and will not be able to continue working from this location.</w:t>
      </w:r>
    </w:p>
    <w:p>
      <w:pPr>
        <w:spacing w:after="120"/>
      </w:pPr>
      <w:r>
        <w:rPr>
          <w:b w:val="0"/>
          <w:i w:val="0"/>
        </w:rPr>
        <w:t>In line with the notice period in my appointment letter, my last working day will be [Last working day]. I will use this period to complete my ongoing assignments, update the documentation for my projects and hand over my responsibilities to the colleague you identify. If it helps, I can also prepare a short list of open items and contacts for the team.</w:t>
      </w:r>
    </w:p>
    <w:p>
      <w:pPr>
        <w:spacing w:after="120"/>
      </w:pPr>
      <w:r>
        <w:rPr>
          <w:b w:val="0"/>
          <w:i w:val="0"/>
        </w:rPr>
        <w:t>I have valued my time at [Company name]. The support from you and the team has helped me grow both professionally and personally, and I will remember it.</w:t>
      </w:r>
    </w:p>
    <w:p>
      <w:pPr>
        <w:spacing w:after="120"/>
      </w:pPr>
      <w:r>
        <w:rPr>
          <w:b w:val="0"/>
          <w:i w:val="0"/>
        </w:rPr>
        <w:t>I request you to guide me through the exit process, including the full and final settlement and the issue of my relieving and experience letters.</w:t>
      </w:r>
    </w:p>
    <w:p>
      <w:pPr>
        <w:spacing w:after="120"/>
      </w:pPr>
      <w:r>
        <w:rPr>
          <w:b w:val="0"/>
          <w:i w:val="0"/>
        </w:rPr>
        <w:t>Thank you for your understanding.</w:t>
      </w:r>
    </w:p>
    <w:p>
      <w:pPr>
        <w:spacing w:after="120"/>
      </w:pPr>
      <w:r>
        <w:rPr>
          <w:b w:val="0"/>
          <w:i w:val="0"/>
        </w:rPr>
        <w:t>Yours sincerely,</w:t>
        <w:br/>
        <w:t>[Your name]</w:t>
        <w:br/>
        <w:t>[Designation]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2</w:t>
      </w:r>
    </w:p>
    <w:p>
      <w:pPr>
        <w:spacing w:after="120"/>
      </w:pPr>
      <w:r>
        <w:rPr>
          <w:b w:val="0"/>
          <w:i w:val="0"/>
        </w:rPr>
        <w:t>Subject: Resignation – relocating to [New city]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I wanted to let you know that I am resigning from my role as [Designation] because I am moving to [New city]. My last working day will be [Last working day], as per my notice period.</w:t>
      </w:r>
    </w:p>
    <w:p>
      <w:pPr>
        <w:spacing w:after="120"/>
      </w:pPr>
      <w:r>
        <w:rPr>
          <w:b w:val="0"/>
          <w:i w:val="0"/>
        </w:rPr>
        <w:t>Between now and then, I will wrap up my current tasks and hand over my work in a planned way so that nothing is left pending. Please let me know if you would like me to train anyone in particular.</w:t>
      </w:r>
    </w:p>
    <w:p>
      <w:pPr>
        <w:spacing w:after="120"/>
      </w:pPr>
      <w:r>
        <w:rPr>
          <w:b w:val="0"/>
          <w:i w:val="0"/>
        </w:rPr>
        <w:t>It has been a pleasure working with you and the team, and I am thankful for the support I have received here. I would be glad to stay connected after I move.</w:t>
      </w:r>
    </w:p>
    <w:p>
      <w:pPr>
        <w:spacing w:after="120"/>
      </w:pPr>
      <w:r>
        <w:rPr>
          <w:b w:val="0"/>
          <w:i w:val="0"/>
        </w:rPr>
        <w:t>I have kept HR in copy so that the exit formalities can start.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  <w:br/>
        <w:t>[Designation]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3</w:t>
      </w:r>
    </w:p>
    <w:p>
      <w:pPr>
        <w:spacing w:after="120"/>
      </w:pPr>
      <w:r>
        <w:rPr>
          <w:b w:val="0"/>
          <w:i w:val="0"/>
        </w:rPr>
        <w:t>Subject: Relocation to [New city] – resignation and request to explore a transfer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I am relocating to [New city] for personal reasons from [Relocation date]. Since I cannot continue in my current role from here, please treat this letter as my resignation from the position of [Designation], with my last working day as [Last working day] as per my notice period.</w:t>
      </w:r>
    </w:p>
    <w:p>
      <w:pPr>
        <w:spacing w:after="120"/>
      </w:pPr>
      <w:r>
        <w:rPr>
          <w:b w:val="0"/>
          <w:i w:val="0"/>
        </w:rPr>
        <w:t>Before this becomes final, I would like to ask whether there is an opening at our [New city] office or whether my role could continue remotely. I have enjoyed working at [Company name] and would be happy to stay on if either option is possible. If it is not, I fully understand and will proceed with the resignation.</w:t>
      </w:r>
    </w:p>
    <w:p>
      <w:pPr>
        <w:spacing w:after="120"/>
      </w:pPr>
      <w:r>
        <w:rPr>
          <w:b w:val="0"/>
          <w:i w:val="0"/>
        </w:rPr>
        <w:t>Either way, I will complete a detailed handover and make sure my current projects are not affected by the move.</w:t>
      </w:r>
    </w:p>
    <w:p>
      <w:pPr>
        <w:spacing w:after="120"/>
      </w:pPr>
      <w:r>
        <w:rPr>
          <w:b w:val="0"/>
          <w:i w:val="0"/>
        </w:rPr>
        <w:t>Thank you for considering this request. I look forward to your guidance.</w:t>
      </w:r>
    </w:p>
    <w:p>
      <w:pPr>
        <w:spacing w:after="120"/>
      </w:pPr>
      <w:r>
        <w:rPr>
          <w:b w:val="0"/>
          <w:i w:val="0"/>
        </w:rPr>
        <w:t>Warm regards,</w:t>
        <w:br/>
        <w:t>[Your name]</w:t>
        <w:br/>
        <w:t>[Designation]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Resignation letter samples from digitalcvmaker.com/resignation-letter/relocation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 Due to Relocation – Samples</dc:title>
  <dc:subject>resignation letter</dc:subject>
  <dc:creator>digitalcvmaker.com</dc:creator>
  <cp:keywords>template, resignation letter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