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Resignation letter due to return to office or office relocation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Three sample letters. Keep the one that fits, replace the text in [brackets], and match the notice period in your appointment letter.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1</w:t>
      </w:r>
    </w:p>
    <w:p>
      <w:pPr>
        <w:spacing w:after="120"/>
      </w:pPr>
      <w:r>
        <w:rPr>
          <w:b w:val="0"/>
          <w:i w:val="0"/>
        </w:rPr>
        <w:t>Subject: Resignation from the post of [Designation]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Please accept this letter as my formal resignation from my position as [Designation] at [Company name]. With the recent change in our work location to [New office location], I have realised that the daily commute and related arrangements will not be practical for me in the long term.</w:t>
      </w:r>
    </w:p>
    <w:p>
      <w:pPr>
        <w:spacing w:after="120"/>
      </w:pPr>
      <w:r>
        <w:rPr>
          <w:b w:val="0"/>
          <w:i w:val="0"/>
        </w:rPr>
        <w:t>I have given this decision a lot of thought, as I have valued my role and the team. In line with my notice period, my last working day will be [Last working day]. During this time, I will complete my ongoing tasks, share detailed handover notes and support whoever takes over my responsibilities.</w:t>
      </w:r>
    </w:p>
    <w:p>
      <w:pPr>
        <w:spacing w:after="120"/>
      </w:pPr>
      <w:r>
        <w:rPr>
          <w:b w:val="0"/>
          <w:i w:val="0"/>
        </w:rPr>
        <w:t>I understand the reasons behind the change and respect the company's decision. I am thankful for the learning, flexibility and support I have had here.</w:t>
      </w:r>
    </w:p>
    <w:p>
      <w:pPr>
        <w:spacing w:after="120"/>
      </w:pPr>
      <w:r>
        <w:rPr>
          <w:b w:val="0"/>
          <w:i w:val="0"/>
        </w:rPr>
        <w:t>Kindly initiate the full and final settlement and share my relieving and experience letters on my last working day.</w:t>
      </w:r>
    </w:p>
    <w:p>
      <w:pPr>
        <w:spacing w:after="120"/>
      </w:pPr>
      <w:r>
        <w:rPr>
          <w:b w:val="0"/>
          <w:i w:val="0"/>
        </w:rPr>
        <w:t>Yours sincerely,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2</w:t>
      </w:r>
    </w:p>
    <w:p>
      <w:pPr>
        <w:spacing w:after="120"/>
      </w:pPr>
      <w:r>
        <w:rPr>
          <w:b w:val="0"/>
          <w:i w:val="0"/>
        </w:rPr>
        <w:t>Subject: Resignation – [Your name]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Following the new work-from-office policy, I have decided to resign from my role as [Designation], as the arrangement does not suit my current personal commitments. My last working day will be [Last working day], as per my notice period.</w:t>
      </w:r>
    </w:p>
    <w:p>
      <w:pPr>
        <w:spacing w:after="120"/>
      </w:pPr>
      <w:r>
        <w:rPr>
          <w:b w:val="0"/>
          <w:i w:val="0"/>
        </w:rPr>
        <w:t>I will hand over my work fully before I leave and am happy to help the team through the transition in any way that is useful.</w:t>
      </w:r>
    </w:p>
    <w:p>
      <w:pPr>
        <w:spacing w:after="120"/>
      </w:pPr>
      <w:r>
        <w:rPr>
          <w:b w:val="0"/>
          <w:i w:val="0"/>
        </w:rPr>
        <w:t>Thank you for everything over my time here. I have enjoyed working with you and the team, and I hope our paths cross again.</w:t>
      </w:r>
    </w:p>
    <w:p>
      <w:pPr>
        <w:spacing w:after="120"/>
      </w:pPr>
      <w:r>
        <w:rPr>
          <w:b w:val="0"/>
          <w:i w:val="0"/>
        </w:rPr>
        <w:t>HR is in copy so that the exit process can begin. Please let me know if you need anything from me.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3</w:t>
      </w:r>
    </w:p>
    <w:p>
      <w:pPr>
        <w:spacing w:after="120"/>
      </w:pPr>
      <w:r>
        <w:rPr>
          <w:b w:val="0"/>
          <w:i w:val="0"/>
        </w:rPr>
        <w:t>Subject: Request for remote or hybrid arrangement, or resignation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understand that from [Effective date] the team is expected to work from the [New office location] office [Number of days] days a week. Because of my family responsibilities and the distance involved, I will not be able to follow this schedule.</w:t>
      </w:r>
    </w:p>
    <w:p>
      <w:pPr>
        <w:spacing w:after="120"/>
      </w:pPr>
      <w:r>
        <w:rPr>
          <w:b w:val="0"/>
          <w:i w:val="0"/>
        </w:rPr>
        <w:t>I would like to continue in my role as [Designation] and request you to consider a remote or reduced-office arrangement for me. My work has so far been delivered remotely without issues, and I am willing to come in for important meetings, reviews or team events.</w:t>
      </w:r>
    </w:p>
    <w:p>
      <w:pPr>
        <w:spacing w:after="120"/>
      </w:pPr>
      <w:r>
        <w:rPr>
          <w:b w:val="0"/>
          <w:i w:val="0"/>
        </w:rPr>
        <w:t>If this is not possible, please treat this email as my resignation, with my last working day as [Last working day] as per my notice period. I will then make sure the handover is complete and well documented.</w:t>
      </w:r>
    </w:p>
    <w:p>
      <w:pPr>
        <w:spacing w:after="120"/>
      </w:pPr>
      <w:r>
        <w:rPr>
          <w:b w:val="0"/>
          <w:i w:val="0"/>
        </w:rPr>
        <w:t>Thank you for considering my request. I look forward to your response.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  <w:br/>
        <w:t>[Designation]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Resignation letter samples from digitalcvmaker.com/resignation-letter/office-location-change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Due to Office Relocation – Samples</dc:title>
  <dc:subject>resignation letter</dc:subject>
  <dc:creator>digitalcvmaker.com</dc:creator>
  <cp:keywords>template, resignation letter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