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Resignation letter due to marriage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Three sample letters. Keep the one that fits, replace the text in [brackets], and match the notice period in your appointment letter.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1</w:t>
      </w:r>
    </w:p>
    <w:p>
      <w:pPr>
        <w:spacing w:after="120"/>
      </w:pPr>
      <w:r>
        <w:rPr>
          <w:b w:val="0"/>
          <w:i w:val="0"/>
        </w:rPr>
        <w:t>Subject: Resignation from the post of [Designation]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am writing to formally resign from my position as [Designation] at [Company name]. Following my upcoming marriage, I will be moving to [New city], and I will not be able to continue in my current role.</w:t>
      </w:r>
    </w:p>
    <w:p>
      <w:pPr>
        <w:spacing w:after="120"/>
      </w:pPr>
      <w:r>
        <w:rPr>
          <w:b w:val="0"/>
          <w:i w:val="0"/>
        </w:rPr>
        <w:t>In accordance with my notice period, my last working day will be [Last working day]. Over the coming weeks, I will complete my pending assignments, prepare handover documents and brief the colleague who will take over my work. I am also happy to support any recruitment or onboarding steps for my replacement.</w:t>
      </w:r>
    </w:p>
    <w:p>
      <w:pPr>
        <w:spacing w:after="120"/>
      </w:pPr>
      <w:r>
        <w:rPr>
          <w:b w:val="0"/>
          <w:i w:val="0"/>
        </w:rPr>
        <w:t>I would like to thank you for your guidance and for the opportunities I have had at [Company name]. I have learnt a great deal here, and I am thankful to the entire team for their cooperation.</w:t>
      </w:r>
    </w:p>
    <w:p>
      <w:pPr>
        <w:spacing w:after="120"/>
      </w:pPr>
      <w:r>
        <w:rPr>
          <w:b w:val="0"/>
          <w:i w:val="0"/>
        </w:rPr>
        <w:t>Kindly initiate my full and final settlement and arrange for my relieving and experience letters to be issued on my last working day.</w:t>
      </w:r>
    </w:p>
    <w:p>
      <w:pPr>
        <w:spacing w:after="120"/>
      </w:pPr>
      <w:r>
        <w:rPr>
          <w:b w:val="0"/>
          <w:i w:val="0"/>
        </w:rPr>
        <w:t>With sincere thanks,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2</w:t>
      </w:r>
    </w:p>
    <w:p>
      <w:pPr>
        <w:spacing w:after="120"/>
      </w:pPr>
      <w:r>
        <w:rPr>
          <w:b w:val="0"/>
          <w:i w:val="0"/>
        </w:rPr>
        <w:t>Subject: Resignation – [Your name]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I would like to share that I am getting married soon and will be relocating afterwards, so I am resigning from my role as [Designation]. As per my notice period, my last working day will be [Last working day].</w:t>
      </w:r>
    </w:p>
    <w:p>
      <w:pPr>
        <w:spacing w:after="120"/>
      </w:pPr>
      <w:r>
        <w:rPr>
          <w:b w:val="0"/>
          <w:i w:val="0"/>
        </w:rPr>
        <w:t>I will make sure my work is completed or handed over properly before I leave, and I will keep the team updated on the status of each item. Please tell me who should take over my accounts.</w:t>
      </w:r>
    </w:p>
    <w:p>
      <w:pPr>
        <w:spacing w:after="120"/>
      </w:pPr>
      <w:r>
        <w:rPr>
          <w:b w:val="0"/>
          <w:i w:val="0"/>
        </w:rPr>
        <w:t>Thank you for your support and understanding during my time here. It has been a pleasure to work with you, and I hope we can stay in touch.</w:t>
      </w:r>
    </w:p>
    <w:p>
      <w:pPr>
        <w:spacing w:after="120"/>
      </w:pPr>
      <w:r>
        <w:rPr>
          <w:b w:val="0"/>
          <w:i w:val="0"/>
        </w:rPr>
        <w:t>I have added HR in copy to begin the exit formalities.</w:t>
      </w:r>
    </w:p>
    <w:p>
      <w:pPr>
        <w:spacing w:after="120"/>
      </w:pPr>
      <w:r>
        <w:rPr>
          <w:b w:val="0"/>
          <w:i w:val="0"/>
        </w:rPr>
        <w:t>Warm regards,</w:t>
        <w:br/>
        <w:t>[Your name]</w:t>
        <w:br/>
        <w:t>[Designation]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3</w:t>
      </w:r>
    </w:p>
    <w:p>
      <w:pPr>
        <w:spacing w:after="120"/>
      </w:pPr>
      <w:r>
        <w:rPr>
          <w:b w:val="0"/>
          <w:i w:val="0"/>
        </w:rPr>
        <w:t>Subject: Request for transfer, or resignation if not possible</w:t>
      </w:r>
    </w:p>
    <w:p>
      <w:pPr>
        <w:spacing w:after="120"/>
      </w:pPr>
      <w:r>
        <w:rPr>
          <w:b w:val="0"/>
          <w:i w:val="0"/>
        </w:rPr>
        <w:t>Dear [Manager's name],</w:t>
      </w:r>
    </w:p>
    <w:p>
      <w:pPr>
        <w:spacing w:after="120"/>
      </w:pPr>
      <w:r>
        <w:rPr>
          <w:b w:val="0"/>
          <w:i w:val="0"/>
        </w:rPr>
        <w:t>As you know, I am getting married on [Wedding date] and will be moving to [New city] afterwards. I have enjoyed my work as [Designation] at [Company name] and would like to continue with the company if possible.</w:t>
      </w:r>
    </w:p>
    <w:p>
      <w:pPr>
        <w:spacing w:after="120"/>
      </w:pPr>
      <w:r>
        <w:rPr>
          <w:b w:val="0"/>
          <w:i w:val="0"/>
        </w:rPr>
        <w:t>I request you to consider a transfer to our [New city] office or a remote working arrangement for my role. I am confident I can maintain the same level of work, and I am open to visiting the office here whenever needed.</w:t>
      </w:r>
    </w:p>
    <w:p>
      <w:pPr>
        <w:spacing w:after="120"/>
      </w:pPr>
      <w:r>
        <w:rPr>
          <w:b w:val="0"/>
          <w:i w:val="0"/>
        </w:rPr>
        <w:t>If neither option is feasible, please treat this letter as my resignation, with my last working day as [Last working day] in line with my notice period. In that case, I will complete a full handover and support the team through the transition.</w:t>
      </w:r>
    </w:p>
    <w:p>
      <w:pPr>
        <w:spacing w:after="120"/>
      </w:pPr>
      <w:r>
        <w:rPr>
          <w:b w:val="0"/>
          <w:i w:val="0"/>
        </w:rPr>
        <w:t>I would be grateful for your guidance on how to proceed. Thank you for your support.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  <w:br/>
        <w:t>[Designation]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Resignation letter samples from digitalcvmaker.com/resignation-letter/marriage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Resignation Letter After Marriage – 3 Samples</dc:title>
  <dc:subject>resignation letter</dc:subject>
  <dc:creator>digitalcvmaker.com</dc:creator>
  <cp:keywords>template, resignation letter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