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Resignation letter for a career change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Three sample letters. Keep the one that fits, replace the text in [brackets], and match the notice period in your appointment letter.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1</w:t>
      </w:r>
    </w:p>
    <w:p>
      <w:pPr>
        <w:spacing w:after="120"/>
      </w:pPr>
      <w:r>
        <w:rPr>
          <w:b w:val="0"/>
          <w:i w:val="0"/>
        </w:rPr>
        <w:t>Subject: Resignation from the role of [Designation]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am writing to formally resign from my position as [Designation] at [Company name]. After a lot of reflection, I have decided to move into a different field, [New field], and I am taking up a role that will let me build a career in that direction.</w:t>
      </w:r>
    </w:p>
    <w:p>
      <w:pPr>
        <w:spacing w:after="120"/>
      </w:pPr>
      <w:r>
        <w:rPr>
          <w:b w:val="0"/>
          <w:i w:val="0"/>
        </w:rPr>
        <w:t>As per the notice period in my appointment letter, my last working day will be [Last working day]. Until then, I will give my full attention to completing my current work, documenting processes that only I handle and training the colleague who will take over.</w:t>
      </w:r>
    </w:p>
    <w:p>
      <w:pPr>
        <w:spacing w:after="120"/>
      </w:pPr>
      <w:r>
        <w:rPr>
          <w:b w:val="0"/>
          <w:i w:val="0"/>
        </w:rPr>
        <w:t>The skills I developed here, from working with clients to managing deadlines, will stay useful wherever I go, and I owe much of that to your guidance. Thank you for the trust you placed in me.</w:t>
      </w:r>
    </w:p>
    <w:p>
      <w:pPr>
        <w:spacing w:after="120"/>
      </w:pPr>
      <w:r>
        <w:rPr>
          <w:b w:val="0"/>
          <w:i w:val="0"/>
        </w:rPr>
        <w:t>I request you to begin the process for my full and final settlement and the issue of my relieving and experience letters.</w:t>
      </w:r>
    </w:p>
    <w:p>
      <w:pPr>
        <w:spacing w:after="120"/>
      </w:pPr>
      <w:r>
        <w:rPr>
          <w:b w:val="0"/>
          <w:i w:val="0"/>
        </w:rPr>
        <w:t>With gratitude,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2</w:t>
      </w:r>
    </w:p>
    <w:p>
      <w:pPr>
        <w:spacing w:after="120"/>
      </w:pPr>
      <w:r>
        <w:rPr>
          <w:b w:val="0"/>
          <w:i w:val="0"/>
        </w:rPr>
        <w:t>Subject: Resignation – career change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wanted to let you know that I am resigning from my role as [Designation] to pursue a career in [New field]. My last working day will be [Last working day], in line with my notice period.</w:t>
      </w:r>
    </w:p>
    <w:p>
      <w:pPr>
        <w:spacing w:after="120"/>
      </w:pPr>
      <w:r>
        <w:rPr>
          <w:b w:val="0"/>
          <w:i w:val="0"/>
        </w:rPr>
        <w:t>I will make sure all my responsibilities are properly handed over and that the team has the documents and contacts it needs.</w:t>
      </w:r>
    </w:p>
    <w:p>
      <w:pPr>
        <w:spacing w:after="120"/>
      </w:pPr>
      <w:r>
        <w:rPr>
          <w:b w:val="0"/>
          <w:i w:val="0"/>
        </w:rPr>
        <w:t>Thank you for your support and for everything I have learnt while working with you. This team has been a good place to grow, and I hope we stay in touch as I start this new chapter.</w:t>
      </w:r>
    </w:p>
    <w:p>
      <w:pPr>
        <w:spacing w:after="120"/>
      </w:pPr>
      <w:r>
        <w:rPr>
          <w:b w:val="0"/>
          <w:i w:val="0"/>
        </w:rPr>
        <w:t>Please let me know the next steps for the exit process. HR is in copy.</w:t>
      </w:r>
    </w:p>
    <w:p>
      <w:pPr>
        <w:spacing w:after="120"/>
      </w:pPr>
      <w:r>
        <w:rPr>
          <w:b w:val="0"/>
          <w:i w:val="0"/>
        </w:rPr>
        <w:t>Best regards,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3</w:t>
      </w:r>
    </w:p>
    <w:p>
      <w:pPr>
        <w:spacing w:after="120"/>
      </w:pPr>
      <w:r>
        <w:rPr>
          <w:b w:val="0"/>
          <w:i w:val="0"/>
        </w:rPr>
        <w:t>Subject: Resignation and transition plan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Please accept this as my resignation from the position of [Designation] at [Company name]. I have decided to change careers and move into [New field], a decision I have been working towards for some time through courses and side projects.</w:t>
      </w:r>
    </w:p>
    <w:p>
      <w:pPr>
        <w:spacing w:after="120"/>
      </w:pPr>
      <w:r>
        <w:rPr>
          <w:b w:val="0"/>
          <w:i w:val="0"/>
        </w:rPr>
        <w:t>My last working day as per my notice period will be [Last working day]. To make the transition easy for the team, I propose the following plan:</w:t>
      </w:r>
    </w:p>
    <w:p>
      <w:pPr>
        <w:spacing w:after="120"/>
      </w:pPr>
      <w:r>
        <w:rPr>
          <w:b w:val="0"/>
          <w:i w:val="0"/>
        </w:rPr>
        <w:t>1. Complete handover notes for all ongoing work by [Handover date].</w:t>
        <w:br/>
        <w:t>2. Hold walk-through sessions with [Colleague's name] for the tasks I handle alone.</w:t>
        <w:br/>
        <w:t>3. Stay reachable on email for a couple of weeks after I leave for any quick questions.</w:t>
      </w:r>
    </w:p>
    <w:p>
      <w:pPr>
        <w:spacing w:after="120"/>
      </w:pPr>
      <w:r>
        <w:rPr>
          <w:b w:val="0"/>
          <w:i w:val="0"/>
        </w:rPr>
        <w:t>I am open to changing this plan based on your priorities. Thank you for the opportunities I have had here; I am grateful for your mentorship.</w:t>
      </w:r>
    </w:p>
    <w:p>
      <w:pPr>
        <w:spacing w:after="120"/>
      </w:pPr>
      <w:r>
        <w:rPr>
          <w:b w:val="0"/>
          <w:i w:val="0"/>
        </w:rPr>
        <w:t>Kindly guide me on the exit formalities and relieving letter.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  <w:br/>
        <w:t>[Designation]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Resignation letter samples from digitalcvmaker.com/resignation-letter/career-change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for a Career Change – Samples</dc:title>
  <dc:subject>resignation letter</dc:subject>
  <dc:creator>digitalcvmaker.com</dc:creator>
  <cp:keywords>template, resignation letter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