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for a better job opportunity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from the post of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Please accept this letter as formal notice of my resignation from my position as [Designation] at [Company name]. I have accepted an offer that is a good next step in my career, and after careful thought I have decided to take it up.</w:t>
      </w:r>
    </w:p>
    <w:p>
      <w:pPr>
        <w:spacing w:after="120"/>
      </w:pPr>
      <w:r>
        <w:rPr>
          <w:b w:val="0"/>
          <w:i w:val="0"/>
        </w:rPr>
        <w:t>As per the notice period mentioned in my appointment letter, my last working day will be [Last working day]. Until then, I will complete my pending tasks, document my ongoing work and hand over my responsibilities to whoever you nominate. I am also happy to help with interviews or training for my replacement if that is useful.</w:t>
      </w:r>
    </w:p>
    <w:p>
      <w:pPr>
        <w:spacing w:after="120"/>
      </w:pPr>
      <w:r>
        <w:rPr>
          <w:b w:val="0"/>
          <w:i w:val="0"/>
        </w:rPr>
        <w:t>I am grateful for the guidance and support I have received here. Working with this team has taught me a great deal, and I will carry those lessons forward.</w:t>
      </w:r>
    </w:p>
    <w:p>
      <w:pPr>
        <w:spacing w:after="120"/>
      </w:pPr>
      <w:r>
        <w:rPr>
          <w:b w:val="0"/>
          <w:i w:val="0"/>
        </w:rPr>
        <w:t>I request you to initiate the full and final settlement process and to issue my relieving letter and experience letter on my last working day.</w:t>
      </w:r>
    </w:p>
    <w:p>
      <w:pPr>
        <w:spacing w:after="120"/>
      </w:pPr>
      <w:r>
        <w:rPr>
          <w:b w:val="0"/>
          <w:i w:val="0"/>
        </w:rPr>
        <w:t>Thank you once again for everything.</w:t>
      </w:r>
    </w:p>
    <w:p>
      <w:pPr>
        <w:spacing w:after="120"/>
      </w:pPr>
      <w:r>
        <w:rPr>
          <w:b w:val="0"/>
          <w:i w:val="0"/>
        </w:rPr>
        <w:t>Yours sincerely,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[Your name],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writing to let you know that I am resigning from my role as [Designation] at [Company name] to take up a new opportunity. My last working day will be [Last working day], in line with my notice period.</w:t>
      </w:r>
    </w:p>
    <w:p>
      <w:pPr>
        <w:spacing w:after="120"/>
      </w:pPr>
      <w:r>
        <w:rPr>
          <w:b w:val="0"/>
          <w:i w:val="0"/>
        </w:rPr>
        <w:t>I will make sure all my current work is handed over properly and that the team has everything it needs before I leave. Please tell me which tasks you would like me to prioritise over the coming weeks, and I will plan my handover around them.</w:t>
      </w:r>
    </w:p>
    <w:p>
      <w:pPr>
        <w:spacing w:after="120"/>
      </w:pPr>
      <w:r>
        <w:rPr>
          <w:b w:val="0"/>
          <w:i w:val="0"/>
        </w:rPr>
        <w:t>I have copied HR on this email so that the exit formalities can begin on time.</w:t>
      </w:r>
    </w:p>
    <w:p>
      <w:pPr>
        <w:spacing w:after="120"/>
      </w:pPr>
      <w:r>
        <w:rPr>
          <w:b w:val="0"/>
          <w:i w:val="0"/>
        </w:rPr>
        <w:t>Thank you for your support and for the chance to grow in this role. I have enjoyed working with you and hope we stay in touch.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Resignation and request for early release –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submitting my resignation from the position of [Designation] at [Company name]. I have received an offer for a role that fits my long-term plans, and the new employer has asked me to join by [Joining date].</w:t>
      </w:r>
    </w:p>
    <w:p>
      <w:pPr>
        <w:spacing w:after="120"/>
      </w:pPr>
      <w:r>
        <w:rPr>
          <w:b w:val="0"/>
          <w:i w:val="0"/>
        </w:rPr>
        <w:t>My notice period as per my appointment letter ends on [Last working day]. I would be grateful if you could consider relieving me earlier, on [Requested relieving date]. To make this possible, I will prepare a detailed handover document, finish the priority items first and remain reachable on phone for a few days after I leave. I am also willing to adjust my earned leave balance or pay the notice buyout for the remaining days, as per company policy.</w:t>
      </w:r>
    </w:p>
    <w:p>
      <w:pPr>
        <w:spacing w:after="120"/>
      </w:pPr>
      <w:r>
        <w:rPr>
          <w:b w:val="0"/>
          <w:i w:val="0"/>
        </w:rPr>
        <w:t>I understand this depends on project needs, and I will respect your decision. Thank you for the opportunities and trust you have given me.</w:t>
      </w:r>
    </w:p>
    <w:p>
      <w:pPr>
        <w:spacing w:after="120"/>
      </w:pPr>
      <w:r>
        <w:rPr>
          <w:b w:val="0"/>
          <w:i w:val="0"/>
        </w:rPr>
        <w:t>Kindly guide me on the exit process, full and final settlement and relieving letter.</w:t>
      </w:r>
    </w:p>
    <w:p>
      <w:pPr>
        <w:spacing w:after="120"/>
      </w:pPr>
      <w:r>
        <w:rPr>
          <w:b w:val="0"/>
          <w:i w:val="0"/>
        </w:rPr>
        <w:t>Warm 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digitalcvmaker.com/resignation-letter/better-opportunity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for a Better Opportunity –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