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Yoga Instructor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[Organisation name] Team,</w:t>
      </w:r>
    </w:p>
    <w:p>
      <w:pPr>
        <w:spacing w:after="120"/>
      </w:pPr>
      <w:r>
        <w:rPr>
          <w:b w:val="0"/>
          <w:i w:val="0"/>
        </w:rPr>
        <w:t>I am applying for the lead teacher position at your yoga studio chain. I have nine years of teaching experience in Hatha and Vinyasa, and I currently coordinate the class schedule at a studio in Pune with six teachers and around 300 active members.</w:t>
      </w:r>
    </w:p>
    <w:p>
      <w:pPr>
        <w:spacing w:after="120"/>
      </w:pPr>
      <w:r>
        <w:rPr>
          <w:b w:val="0"/>
          <w:i w:val="0"/>
        </w:rPr>
        <w:t>I teach 15 classes a week, from gentle beginner sessions to an advanced arm-balance workshop that runs every month. When members told us weekend classes felt crowded, I split them into level-based batches and introduced a short orientation for new joiners, and cancellation complaints dropped within one quarter. I also observe each new teacher’s first ten classes and give written feedback on cueing, sequencing and safe adjustments.</w:t>
      </w:r>
    </w:p>
    <w:p>
      <w:pPr>
        <w:spacing w:after="120"/>
      </w:pPr>
      <w:r>
        <w:rPr>
          <w:b w:val="0"/>
          <w:i w:val="0"/>
        </w:rPr>
        <w:t>I hold a 500-hour teacher training certification and the Yoga Certification Board’s Level 2 certificate, and I renew my first aid training every two years.</w:t>
      </w:r>
    </w:p>
    <w:p>
      <w:pPr>
        <w:spacing w:after="120"/>
      </w:pPr>
      <w:r>
        <w:rPr>
          <w:b w:val="0"/>
          <w:i w:val="0"/>
        </w:rPr>
        <w:t>I would like to help your studios keep teaching standards consistent across branches while still teaching regularly myself. My notice period is 30 days, and I would be happy to take a class at your flagship studio so you can see my teaching first-hand.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Studio Manager,</w:t>
      </w:r>
    </w:p>
    <w:p>
      <w:pPr>
        <w:spacing w:after="120"/>
      </w:pPr>
      <w:r>
        <w:rPr>
          <w:b w:val="0"/>
          <w:i w:val="0"/>
        </w:rPr>
        <w:t>I am writing to apply for the yoga instructor position at your studio. I recently completed a 200-hour Hatha yoga teacher training course and I am preparing for the Yoga Certification Board’s instructor exam. Your focus on small beginner batches is the setting where I feel I can teach most carefully.</w:t>
      </w:r>
    </w:p>
    <w:p>
      <w:pPr>
        <w:spacing w:after="120"/>
      </w:pPr>
      <w:r>
        <w:rPr>
          <w:b w:val="0"/>
          <w:i w:val="0"/>
        </w:rPr>
        <w:t>During my training I completed 50 hours of supervised teaching, including classes for complete beginners and a weekly chair-yoga session for residents of a senior citizens’ home. For the past five months I have also run a free morning batch in my apartment complex in Ahmedabad, which started with six people and now has 20 regular students. Before each new student joins, I ask about injuries, pregnancy and blood pressure, and I suggest a doctor’s clearance where needed.</w:t>
      </w:r>
    </w:p>
    <w:p>
      <w:pPr>
        <w:spacing w:after="120"/>
      </w:pPr>
      <w:r>
        <w:rPr>
          <w:b w:val="0"/>
          <w:i w:val="0"/>
        </w:rPr>
        <w:t>I am comfortable using blocks, straps and wall support so that every student has a safe variation, and I keep my cues simple in both Hindi and English.</w:t>
      </w:r>
    </w:p>
    <w:p>
      <w:pPr>
        <w:spacing w:after="120"/>
      </w:pPr>
      <w:r>
        <w:rPr>
          <w:b w:val="0"/>
          <w:i w:val="0"/>
        </w:rPr>
        <w:t>I can take early morning and evening classes and I can join immediately. I would be glad to teach a demo class for you and your senior teachers.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Name your teacher training hours, style and any Yoga Certification Board level in the first paragraph, since studios and resorts check teaching credentials before inviting you for a demo.</w:t>
      </w:r>
    </w:p>
    <w:p>
      <w:pPr>
        <w:pStyle w:val="ListBullet"/>
        <w:spacing w:after="40"/>
      </w:pPr>
      <w:r>
        <w:t>Never promise to cure illness or guarantee weight loss. Describe how you screen students and refer them to doctors, which reassures studios, hospitals and corporate clients alike.</w:t>
      </w:r>
    </w:p>
    <w:p>
      <w:pPr>
        <w:pStyle w:val="ListBullet"/>
        <w:spacing w:after="40"/>
      </w:pPr>
      <w:r>
        <w:t>Offer a demo class in the closing line and mention the times you can teach, because most studios hire only after watching you lead a real batch.</w:t>
      </w:r>
    </w:p>
    <w:p>
      <w:pPr>
        <w:pStyle w:val="ListBullet"/>
        <w:spacing w:after="40"/>
      </w:pPr>
      <w:r>
        <w:t>Skip long spiritual biography and philosophy passages. A short link to your website with class videos, a timetable and student feedback does more than extra paragraphs.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digitalcvmaker.com/cover-letter-examples/yoga-instructors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Yoga Instructor cover letter samples</dc:title>
  <dc:subject>yoga-instructors cover letter example</dc:subject>
  <dc:creator>digitalcvmaker.com</dc:creator>
  <cp:keywords>template, yoga-instructors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