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Writer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technical writer position in the cloud products documentation team at [Organisation name]. I have six years of experience writing developer and administrator documentation, and I am keen to work on products used by large enterprise customers.</w:t>
      </w:r>
    </w:p>
    <w:p>
      <w:pPr>
        <w:spacing w:after="120"/>
      </w:pPr>
      <w:r>
        <w:rPr>
          <w:b w:val="0"/>
          <w:i w:val="0"/>
        </w:rPr>
        <w:t>At my current company, a mid-sized software firm in Hyderabad, I own the API reference and integration guides for a payments platform. I moved our documentation from Word files to a docs-as-code setup in Markdown and Git, which let engineers review changes in the same pull requests as their code, and documentation-related support tickets dropped noticeably over the next two quarters. I also wrote the onboarding guide that our partner banks now follow during integration.</w:t>
      </w:r>
    </w:p>
    <w:p>
      <w:pPr>
        <w:spacing w:after="120"/>
      </w:pPr>
      <w:r>
        <w:rPr>
          <w:b w:val="0"/>
          <w:i w:val="0"/>
        </w:rPr>
        <w:t>Earlier, at a services company, I documented three versions of an ERP product for a European client and worked closely with testers to verify every procedure before release.</w:t>
      </w:r>
    </w:p>
    <w:p>
      <w:pPr>
        <w:spacing w:after="120"/>
      </w:pPr>
      <w:r>
        <w:rPr>
          <w:b w:val="0"/>
          <w:i w:val="0"/>
        </w:rPr>
        <w:t>I read code comfortably in Python and JavaScript, test API calls in Postman and work well with product managers across time zones. My notice period is sixty days. I have attached writing samples that are publicly available and can walk you through my process.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Editor,</w:t>
      </w:r>
    </w:p>
    <w:p>
      <w:pPr>
        <w:spacing w:after="120"/>
      </w:pPr>
      <w:r>
        <w:rPr>
          <w:b w:val="0"/>
          <w:i w:val="0"/>
        </w:rPr>
        <w:t>I am applying for the trainee reporter position on the city desk at [Organisation name]. I recently completed my postgraduate diploma in journalism in Bhopal, and local civic reporting is the work I want to learn properly.</w:t>
      </w:r>
    </w:p>
    <w:p>
      <w:pPr>
        <w:spacing w:after="120"/>
      </w:pPr>
      <w:r>
        <w:rPr>
          <w:b w:val="0"/>
          <w:i w:val="0"/>
        </w:rPr>
        <w:t>During my three-month internship at a Hindi daily, I filed 34 bylined stories, mostly on municipal services, school admissions and the weekly markets. One report on broken streetlights along a stretch of the bypass road was followed up by the corporation within a week, after the ward office confirmed the fault list I had compiled from residents and a site visit at night.</w:t>
      </w:r>
    </w:p>
    <w:p>
      <w:pPr>
        <w:spacing w:after="120"/>
      </w:pPr>
      <w:r>
        <w:rPr>
          <w:b w:val="0"/>
          <w:i w:val="0"/>
        </w:rPr>
        <w:t>In college I edited our campus newsletter, which meant cutting other students’ copy to fit, checking every name and number, and meeting a print deadline every fortnight. I write in both Hindi and English and can file quick updates from my phone when a story is developing.</w:t>
      </w:r>
    </w:p>
    <w:p>
      <w:pPr>
        <w:spacing w:after="120"/>
      </w:pPr>
      <w:r>
        <w:rPr>
          <w:b w:val="0"/>
          <w:i w:val="0"/>
        </w:rPr>
        <w:t>I am available to join immediately and am comfortable with night shifts and field assignments. Links to my published clips are included in my resume, and I would welcome a writing test at your convenience.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Your cover letter is itself a writing sample, so keep it tight, error-free and close to the tone of the publication or brand you are applying to.</w:t>
      </w:r>
    </w:p>
    <w:p>
      <w:pPr>
        <w:pStyle w:val="ListBullet"/>
        <w:spacing w:after="40"/>
      </w:pPr>
      <w:r>
        <w:t>Link three published pieces closest to the role, such as news reports for a desk job or product explainers for a software team, rather than your whole archive.</w:t>
      </w:r>
    </w:p>
    <w:p>
      <w:pPr>
        <w:pStyle w:val="ListBullet"/>
        <w:spacing w:after="40"/>
      </w:pPr>
      <w:r>
        <w:t>Name your niche and working languages early; an editor hiring for personal finance in Hindi and English needs to see both in the first paragraph.</w:t>
      </w:r>
    </w:p>
    <w:p>
      <w:pPr>
        <w:pStyle w:val="ListBullet"/>
        <w:spacing w:after="40"/>
      </w:pPr>
      <w:r>
        <w:t>Offer to take a writing test or submit a sample on a topic of their choice, and mention your usual weekly output or the deadlines you have handled.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digitalcvmaker.com/cover-letter-examples/writers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Writer cover letter samples</dc:title>
  <dc:subject>writers cover letter example</dc:subject>
  <dc:creator>digitalcvmaker.com</dc:creator>
  <cp:keywords>template, writers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