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Video Editor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Video Editor position at [Organisation name]. I have six years of experience editing branded content, product films and long-form interviews, currently at a digital content agency in Mumbai that produces videos for consumer and finance brands.</w:t>
      </w:r>
    </w:p>
    <w:p>
      <w:pPr>
        <w:spacing w:after="120"/>
      </w:pPr>
      <w:r>
        <w:rPr>
          <w:b w:val="0"/>
          <w:i w:val="0"/>
        </w:rPr>
        <w:t>I edit around eight to ten projects a month, from thirty-second ads to twenty-minute interview series. For a recent finance education series, the client wanted complex topics explained without boring the audience. I worked with the scriptwriter on a visual structure using simple animated graphics, B-roll and quick chapter breaks, and created a style template that other editors could follow. The series became one of the agency’s most watched client projects, and the client renewed for another season.</w:t>
      </w:r>
    </w:p>
    <w:p>
      <w:pPr>
        <w:spacing w:after="120"/>
      </w:pPr>
      <w:r>
        <w:rPr>
          <w:b w:val="0"/>
          <w:i w:val="0"/>
        </w:rPr>
        <w:t>I am fluent in Premiere Pro, After Effects and DaVinci Resolve, handle colour grading and sound mixing for most projects, and work closely with motion designers when needed. I manage feedback rounds carefully, keep version notes and meet delivery deadlines.</w:t>
      </w:r>
    </w:p>
    <w:p>
      <w:pPr>
        <w:spacing w:after="120"/>
      </w:pPr>
      <w:r>
        <w:rPr>
          <w:b w:val="0"/>
          <w:i w:val="0"/>
        </w:rPr>
        <w:t>My showreel and project links are in my resume. My notice period is thirty days. I would welcome the chance to discuss your upcoming projects.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Video Editor position at [Organisation name]. I recently completed a diploma in film editing and have spent the last year editing freelance projects, mostly short corporate videos and wedding highlight films for studios in Bhopal.</w:t>
      </w:r>
    </w:p>
    <w:p>
      <w:pPr>
        <w:spacing w:after="120"/>
      </w:pPr>
      <w:r>
        <w:rPr>
          <w:b w:val="0"/>
          <w:i w:val="0"/>
        </w:rPr>
        <w:t>My showreel, linked below my name in my resume, includes a three-minute brand film for a local furniture maker, two wedding highlights and a short documentary on a weaving cluster that I edited for a student filmmaker. For the documentary, I had over twelve hours of interview and observational footage. I logged and tagged every clip, built a paper edit with the director and cut the film down to twenty minutes while keeping the weavers’ own voices at the centre. It was screened at a regional student film festival.</w:t>
      </w:r>
    </w:p>
    <w:p>
      <w:pPr>
        <w:spacing w:after="120"/>
      </w:pPr>
      <w:r>
        <w:rPr>
          <w:b w:val="0"/>
          <w:i w:val="0"/>
        </w:rPr>
        <w:t>I work in Premiere Pro and DaVinci Resolve, handle basic colour correction and audio clean-up, and I am learning After Effects for titles and simple motion graphics. I keep my project files organised so that another editor can open them and continue.</w:t>
      </w:r>
    </w:p>
    <w:p>
      <w:pPr>
        <w:spacing w:after="120"/>
      </w:pPr>
      <w:r>
        <w:rPr>
          <w:b w:val="0"/>
          <w:i w:val="0"/>
        </w:rPr>
        <w:t>I can join immediately and I am comfortable working to tight deadlines.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Put your showreel link at the top of the letter and keep the reel short, with your strongest work first; editors are shortlisted on the reel more than the letter.</w:t>
      </w:r>
    </w:p>
    <w:p>
      <w:pPr>
        <w:pStyle w:val="ListBullet"/>
        <w:spacing w:after="40"/>
      </w:pPr>
      <w:r>
        <w:t>Describe your role on each project honestly, such as assistant, editor or colourist, and mention the footage volume and turnaround you handled.</w:t>
      </w:r>
    </w:p>
    <w:p>
      <w:pPr>
        <w:pStyle w:val="ListBullet"/>
        <w:spacing w:after="40"/>
      </w:pPr>
      <w:r>
        <w:t>Name the software and workflows you know, such as Premiere Pro, DaVinci Resolve, After Effects, proxies or conforming, and the formats you deliver for.</w:t>
      </w:r>
    </w:p>
    <w:p>
      <w:pPr>
        <w:pStyle w:val="ListBullet"/>
        <w:spacing w:after="40"/>
      </w:pPr>
      <w:r>
        <w:t>Do not upload unreleased client work or footage without permission; share approved public links or password-protected cuts and say so in the letter.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digitalcvmaker.com/cover-letter-examples/video-editors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Editor cover letter samples</dc:title>
  <dc:subject>video-editors cover letter example</dc:subject>
  <dc:creator>digitalcvmaker.com</dc:creator>
  <cp:keywords>template, video-editors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