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Supply Chain Professional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Supply Chain Manager position at [Organisation name]. I have eight years of experience in supply chain planning and logistics, currently at a packaged foods company with three plants and fourteen depots across India.</w:t>
      </w:r>
    </w:p>
    <w:p>
      <w:pPr>
        <w:spacing w:after="120"/>
      </w:pPr>
      <w:r>
        <w:rPr>
          <w:b w:val="0"/>
          <w:i w:val="0"/>
        </w:rPr>
        <w:t>I lead demand and supply planning for our snacks portfolio and work with sales, production and logistics teams every week. When I joined, the company held high finished goods stock but still had frequent stock-outs at depots, because plans were made separately by each function. I set up a monthly sales and operations planning process, introduced statistical forecasting in our planning tool and agreed depot-level stock norms by SKU class. Within a year, overall inventory days came down while depot fill rates improved, and the finance team saw a noticeable release of working capital.</w:t>
      </w:r>
    </w:p>
    <w:p>
      <w:pPr>
        <w:spacing w:after="120"/>
      </w:pPr>
      <w:r>
        <w:rPr>
          <w:b w:val="0"/>
          <w:i w:val="0"/>
        </w:rPr>
        <w:t>I also renegotiated primary freight contracts with transporters and moved several lanes to full truckload planning. I manage a team of five planners and coordinate closely with the plants on production schedules.</w:t>
      </w:r>
    </w:p>
    <w:p>
      <w:pPr>
        <w:spacing w:after="120"/>
      </w:pPr>
      <w:r>
        <w:rPr>
          <w:b w:val="0"/>
          <w:i w:val="0"/>
        </w:rPr>
        <w:t>My notice period is sixty days. I would welcome a conversation about your supply chain priorities.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Supply Chain Graduate Trainee position at [Organisation name]. I completed my MBA in supply chain management this year, and my summer internship at a consumer durables manufacturer gave me direct exposure to demand planning and distribution.</w:t>
      </w:r>
    </w:p>
    <w:p>
      <w:pPr>
        <w:spacing w:after="120"/>
      </w:pPr>
      <w:r>
        <w:rPr>
          <w:b w:val="0"/>
          <w:i w:val="0"/>
        </w:rPr>
        <w:t>During the internship I worked with the planning team on air coolers, a seasonal product with sharp demand swings. I compared the previous seasons’ forecasts with actual sales by depot and found that the southern depots were consistently overstocked while northern depots ran short in the peak weeks. I proposed a depot-level forecast adjustment based on early-season sell-through and a mid-season stock transfer plan. The planning manager adopted parts of it for the next season, and I presented my analysis to the supply chain head at the end of the internship.</w:t>
      </w:r>
    </w:p>
    <w:p>
      <w:pPr>
        <w:spacing w:after="120"/>
      </w:pPr>
      <w:r>
        <w:rPr>
          <w:b w:val="0"/>
          <w:i w:val="0"/>
        </w:rPr>
        <w:t>I am comfortable with Excel, including forecasting functions and pivot tables, and I have basic training in SAP MM from a certificate course. I understand inventory concepts such as safety stock, reorder points and ABC analysis.</w:t>
      </w:r>
    </w:p>
    <w:p>
      <w:pPr>
        <w:spacing w:after="120"/>
      </w:pPr>
      <w:r>
        <w:rPr>
          <w:b w:val="0"/>
          <w:i w:val="0"/>
        </w:rPr>
        <w:t>I can join immediately and I am open to postings at plants or depots.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Say which part of the supply chain you know best, such as procurement, demand planning, warehousing, logistics or imports, rather than calling yourself a generalist.</w:t>
      </w:r>
    </w:p>
    <w:p>
      <w:pPr>
        <w:pStyle w:val="ListBullet"/>
        <w:spacing w:after="40"/>
      </w:pPr>
      <w:r>
        <w:t>Give one outcome tied to inventory, service or cost, such as fill rate improved, inventory days reduced or freight renegotiated, and explain the change you made.</w:t>
      </w:r>
    </w:p>
    <w:p>
      <w:pPr>
        <w:pStyle w:val="ListBullet"/>
        <w:spacing w:after="40"/>
      </w:pPr>
      <w:r>
        <w:t>Mention the systems you use, such as SAP, Oracle, a planning tool or Excel models, and any certifications like CSCP or a supply chain diploma.</w:t>
      </w:r>
    </w:p>
    <w:p>
      <w:pPr>
        <w:pStyle w:val="ListBullet"/>
        <w:spacing w:after="40"/>
      </w:pPr>
      <w:r>
        <w:t>Keep vendor names, prices and contract terms out of the letter, since they are confidential, and describe negotiations and sourcing decisions in general terms.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digitalcvmaker.com/cover-letter-examples/supply-chain-professionals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Supply Chain Professional cover letter samples</dc:title>
  <dc:subject>supply-chain-professionals cover letter example</dc:subject>
  <dc:creator>digitalcvmaker.com</dc:creator>
  <cp:keywords>template, supply-chain-professionals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