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Receptionist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Receptionist position at [Organisation name]. I have five years of front office experience, currently at the corporate office of a mid-size engineering company in Pune with about 400 employees and frequent client visits.</w:t>
      </w:r>
    </w:p>
    <w:p>
      <w:pPr>
        <w:spacing w:after="120"/>
      </w:pPr>
      <w:r>
        <w:rPr>
          <w:b w:val="0"/>
          <w:i w:val="0"/>
        </w:rPr>
        <w:t>I manage the reception desk, the visitor management system, meeting room bookings, courier and mail, and the main telephone line. When I joined, visitors waited at the gate while security called the host from a paper list. I worked with the admin manager to set up pre-registration through the visitor software, so that hosts could add expected guests in advance and visitors received a QR pass on their phones. Gate waiting time fell sharply, and our security audit noted the improved visitor records.</w:t>
      </w:r>
    </w:p>
    <w:p>
      <w:pPr>
        <w:spacing w:after="120"/>
      </w:pPr>
      <w:r>
        <w:rPr>
          <w:b w:val="0"/>
          <w:i w:val="0"/>
        </w:rPr>
        <w:t>I also coordinate travel bookings and cab requests for visiting clients, maintain the stationery stock and support the HR team on joining days by preparing ID cards and welcome kits. I train new front desk staff and cover the desk for planned leave.</w:t>
      </w:r>
    </w:p>
    <w:p>
      <w:pPr>
        <w:spacing w:after="120"/>
      </w:pPr>
      <w:r>
        <w:rPr>
          <w:b w:val="0"/>
          <w:i w:val="0"/>
        </w:rPr>
        <w:t>My notice period is thirty days. I would be glad to meet you and discuss how I can support your office.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Front Desk Receptionist position at [Organisation name]. I completed my B.A. this year and, during my final year, worked part time at the reception of a coaching institute in Jaipur, where I was usually the first person students and parents met.</w:t>
      </w:r>
    </w:p>
    <w:p>
      <w:pPr>
        <w:spacing w:after="120"/>
      </w:pPr>
      <w:r>
        <w:rPr>
          <w:b w:val="0"/>
          <w:i w:val="0"/>
        </w:rPr>
        <w:t>At the institute I greeted visitors, answered the phone, booked counselling appointments and handled fee receipts under the office manager’s supervision. On admission days the waiting area became crowded and parents grew impatient. I suggested a token system with a simple register and a whiteboard showing which counsellor was free. The manager agreed, and waiting-area complaints almost stopped during the next admission season. I also kept the visitor register and courier log up to date and passed every message on in writing.</w:t>
      </w:r>
    </w:p>
    <w:p>
      <w:pPr>
        <w:spacing w:after="120"/>
      </w:pPr>
      <w:r>
        <w:rPr>
          <w:b w:val="0"/>
          <w:i w:val="0"/>
        </w:rPr>
        <w:t>I speak English, Hindi and Rajasthani, type quickly and am comfortable with MS Office, email and Google Calendar. I know that a receptionist sets the tone for the whole office, so I take grooming, punctuality and a calm manner seriously.</w:t>
      </w:r>
    </w:p>
    <w:p>
      <w:pPr>
        <w:spacing w:after="120"/>
      </w:pPr>
      <w:r>
        <w:rPr>
          <w:b w:val="0"/>
          <w:i w:val="0"/>
        </w:rPr>
        <w:t>I can join immediately and I am available for the morning shift. Thank you for considering my application.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the setting you know, such as corporate office, clinic, hospital or hotel front desk, because each one has different systems, visitors and confidentiality rules.</w:t>
      </w:r>
    </w:p>
    <w:p>
      <w:pPr>
        <w:pStyle w:val="ListBullet"/>
        <w:spacing w:after="40"/>
      </w:pPr>
      <w:r>
        <w:t>Mention the tools you have used, such as visitor management software, EPABX phone systems, appointment software or MS Office, in one simple sentence.</w:t>
      </w:r>
    </w:p>
    <w:p>
      <w:pPr>
        <w:pStyle w:val="ListBullet"/>
        <w:spacing w:after="40"/>
      </w:pPr>
      <w:r>
        <w:t>Show one instance where you made the waiting experience smoother, such as reminders, tokens or pre-registration; employers remember a receptionist who fixes small daily problems.</w:t>
      </w:r>
    </w:p>
    <w:p>
      <w:pPr>
        <w:pStyle w:val="ListBullet"/>
        <w:spacing w:after="40"/>
      </w:pPr>
      <w:r>
        <w:t>State your shift availability and the languages you speak near the end of the letter, and keep the tone warm but brief, since the letter itself is a sample of your communication.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digitalcvmaker.com/cover-letter-examples/receptionists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Receptionist cover letter samples</dc:title>
  <dc:subject>receptionists cover letter example</dc:subject>
  <dc:creator>digitalcvmaker.com</dc:creator>
  <cp:keywords>template, receptionists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