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Project Manager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Project Manager role at [Organisation name]. I have nine years of experience in software delivery, the last five as a PMP-certified project manager handling fixed-price and time-and-material projects for banking clients.</w:t>
      </w:r>
    </w:p>
    <w:p>
      <w:pPr>
        <w:spacing w:after="120"/>
      </w:pPr>
      <w:r>
        <w:rPr>
          <w:b w:val="0"/>
          <w:i w:val="0"/>
        </w:rPr>
        <w:t>My most recent engagement was a core banking migration for a regional bank with 240 branches. I managed a team of 38 across development, testing and data migration, plus two vendor teams. Early on, I found that the cutover plan assumed every branch would close on time on the migration weekend. I ran two mock cutovers, built a branch-by-branch checklist and set up a war room with the bank’s IT team. The final migration completed within the planned window, and we closed the project within four percent of the approved budget.</w:t>
      </w:r>
    </w:p>
    <w:p>
      <w:pPr>
        <w:spacing w:after="120"/>
      </w:pPr>
      <w:r>
        <w:rPr>
          <w:b w:val="0"/>
          <w:i w:val="0"/>
        </w:rPr>
        <w:t>I am comfortable with hybrid delivery: agile sprints for the build and stage gates for the client’s governance. I report to steering committees every month and keep RAID logs that people actually read.</w:t>
      </w:r>
    </w:p>
    <w:p>
      <w:pPr>
        <w:spacing w:after="120"/>
      </w:pPr>
      <w:r>
        <w:rPr>
          <w:b w:val="0"/>
          <w:i w:val="0"/>
        </w:rPr>
        <w:t>My notice period is ninety days, negotiable for the right role. I would welcome a conversation about the programmes your delivery team is planning.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Associate Project Manager position at [Organisation name]. I have spent the last two years as a project coordinator in a mid-size IT services company in Pune, and I am ready to own delivery for a small account rather than support someone else’s plan.</w:t>
      </w:r>
    </w:p>
    <w:p>
      <w:pPr>
        <w:spacing w:after="120"/>
      </w:pPr>
      <w:r>
        <w:rPr>
          <w:b w:val="0"/>
          <w:i w:val="0"/>
        </w:rPr>
        <w:t>As coordinator for a team of fourteen building a claims portal for an insurance client, I maintained the project schedule in MS Project, ran daily stand-ups when the manager was travelling and prepared the weekly status report for the client. I noticed that change requests were being agreed in calls and never logged, so I set up a simple change register with impact on effort and dates. Over the next release, every scope change had a signed approval, and the client stopped disputing our invoices.</w:t>
      </w:r>
    </w:p>
    <w:p>
      <w:pPr>
        <w:spacing w:after="120"/>
      </w:pPr>
      <w:r>
        <w:rPr>
          <w:b w:val="0"/>
          <w:i w:val="0"/>
        </w:rPr>
        <w:t>I have passed the CAPM exam and I am preparing for PMP. I use Jira, Confluence and Excel daily, and I am comfortable writing minutes that list owners and deadlines rather than discussion.</w:t>
      </w:r>
    </w:p>
    <w:p>
      <w:pPr>
        <w:spacing w:after="120"/>
      </w:pPr>
      <w:r>
        <w:rPr>
          <w:b w:val="0"/>
          <w:i w:val="0"/>
        </w:rPr>
        <w:t>I would like to grow into a full project manager role under an experienced delivery head. My notice period is thirty days. Thank you for considering my application.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State the size of what you managed in one line, including team size, budget band, number of sites or releases, so the reader can match your scale to their projects.</w:t>
      </w:r>
    </w:p>
    <w:p>
      <w:pPr>
        <w:pStyle w:val="ListBullet"/>
        <w:spacing w:after="40"/>
      </w:pPr>
      <w:r>
        <w:t>Pick one project that went off track and explain how you brought it back, because hiring managers trust recovery stories more than claims of flawless delivery.</w:t>
      </w:r>
    </w:p>
    <w:p>
      <w:pPr>
        <w:pStyle w:val="ListBullet"/>
        <w:spacing w:after="40"/>
      </w:pPr>
      <w:r>
        <w:t>Mention your method and certification honestly, whether PMP, PRINCE2, CAPM or Scrum, and say which tools you actually use, such as MS Project, Primavera or Jira.</w:t>
      </w:r>
    </w:p>
    <w:p>
      <w:pPr>
        <w:pStyle w:val="ListBullet"/>
        <w:spacing w:after="40"/>
      </w:pPr>
      <w:r>
        <w:t>Keep client and project names generic unless they are public, and never attach internal schedules or budgets; describe the scope and outcome in neutral terms instead.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digitalcvmaker.com/cover-letter-examples/project-managers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cover letter samples</dc:title>
  <dc:subject>project-managers cover letter example</dc:subject>
  <dc:creator>digitalcvmaker.com</dc:creator>
  <cp:keywords>template, project-managers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