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Musician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writing to apply for the Resident Musician position at [Organisation name]. I have eight years of experience as a keyboard player and vocalist in live bands, and your hotel’s lounge and weekend brunch programme suits the repertoire I perform every week.</w:t>
      </w:r>
    </w:p>
    <w:p>
      <w:pPr>
        <w:spacing w:after="120"/>
      </w:pPr>
      <w:r>
        <w:rPr>
          <w:b w:val="0"/>
          <w:i w:val="0"/>
        </w:rPr>
        <w:t>For the last four years I have led a three-piece band on a residency at a five-star property in Hyderabad, playing five evenings a week across Bollywood classics, ghazals, jazz standards and current pop. I have built a repertoire of over 400 songs so that we can take guest requests in Hindi, English, Telugu and Tamil, and management has extended our contract twice. I have also performed at more than 200 weddings and corporate events, where I handle the set list, sound check and coordination with the event planner.</w:t>
      </w:r>
    </w:p>
    <w:p>
      <w:pPr>
        <w:spacing w:after="120"/>
      </w:pPr>
      <w:r>
        <w:rPr>
          <w:b w:val="0"/>
          <w:i w:val="0"/>
        </w:rPr>
        <w:t>I own my keyboard rig and in-ear monitors, arrive early for sound checks and understand that a hotel setting needs volume and song choices that suit the room. I can also guide venue managers on the music licences that public performance requires.</w:t>
      </w:r>
    </w:p>
    <w:p>
      <w:pPr>
        <w:spacing w:after="120"/>
      </w:pPr>
      <w:r>
        <w:rPr>
          <w:b w:val="0"/>
          <w:i w:val="0"/>
        </w:rPr>
        <w:t>I can begin after completing my current 30-day commitment. I would be glad to perform a trial set for you.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Principal,</w:t>
      </w:r>
    </w:p>
    <w:p>
      <w:pPr>
        <w:spacing w:after="120"/>
      </w:pPr>
      <w:r>
        <w:rPr>
          <w:b w:val="0"/>
          <w:i w:val="0"/>
        </w:rPr>
        <w:t>I am applying for the post of Music Teacher at [Organisation name]. I have recently completed my B.Mus. in Hindustani classical vocal music and hold the Sangeet Visharad qualification, and I would like to teach in a school where music is part of the regular timetable.</w:t>
      </w:r>
    </w:p>
    <w:p>
      <w:pPr>
        <w:spacing w:after="120"/>
      </w:pPr>
      <w:r>
        <w:rPr>
          <w:b w:val="0"/>
          <w:i w:val="0"/>
        </w:rPr>
        <w:t>During my final year I taught vocal music twice a week at a CBSE school in Bhopal as part of a college teaching placement. I prepared a 60-voice choir from Classes 5 to 8 for the annual day, arranging two patriotic songs and one folk piece in simple two-part harmony. I also started a lunch-break harmonium group for students who wanted extra practice, and eight of them later cleared the first-year exam of a recognised music examination board.</w:t>
      </w:r>
    </w:p>
    <w:p>
      <w:pPr>
        <w:spacing w:after="120"/>
      </w:pPr>
      <w:r>
        <w:rPr>
          <w:b w:val="0"/>
          <w:i w:val="0"/>
        </w:rPr>
        <w:t>I play harmonium and tabla, can accompany students on keyboard, and I am comfortable preparing students for inter-school competitions and assembly performances. I keep lessons structured, with warm-ups, a raag or song focus and short listening exercises, so that even beginners feel progress each week.</w:t>
      </w:r>
    </w:p>
    <w:p>
      <w:pPr>
        <w:spacing w:after="120"/>
      </w:pPr>
      <w:r>
        <w:rPr>
          <w:b w:val="0"/>
          <w:i w:val="0"/>
        </w:rPr>
        <w:t>I can join from the next term. I would be happy to give a demonstration class at your convenience.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Match the letter to the job: teaching posts want syllabus, exam and student results, while performing roles want repertoire, venues and how often you play.</w:t>
      </w:r>
    </w:p>
    <w:p>
      <w:pPr>
        <w:pStyle w:val="ListBullet"/>
        <w:spacing w:after="40"/>
      </w:pPr>
      <w:r>
        <w:t>Put links to a showreel, live videos or streaming profiles in the letter body, and check that each link opens without a login before you send it.</w:t>
      </w:r>
    </w:p>
    <w:p>
      <w:pPr>
        <w:pStyle w:val="ListBullet"/>
        <w:spacing w:after="40"/>
      </w:pPr>
      <w:r>
        <w:t>List instruments, genres and performing languages, plus notation or DAW skills, in one clear sentence instead of scattering them across paragraphs.</w:t>
      </w:r>
    </w:p>
    <w:p>
      <w:pPr>
        <w:pStyle w:val="ListBullet"/>
        <w:spacing w:after="40"/>
      </w:pPr>
      <w:r>
        <w:t>Leave out follower counts and vague claims of fame. A residency length, event count or exam pass record reads as far more credible to schools and venues.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digitalcvmaker.com/cover-letter-examples/musicians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Musician cover letter samples</dc:title>
  <dc:subject>musicians cover letter example</dc:subject>
  <dc:creator>digitalcvmaker.com</dc:creator>
  <cp:keywords>template, musicians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