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Medical Representative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Senior Medical Representative position at [Organisation name]. I have five years of experience in pharmaceutical sales, currently covering a headquarters territory in Lucknow for a company’s gastro and anti-infective portfolio.</w:t>
      </w:r>
    </w:p>
    <w:p>
      <w:pPr>
        <w:spacing w:after="120"/>
      </w:pPr>
      <w:r>
        <w:rPr>
          <w:b w:val="0"/>
          <w:i w:val="0"/>
        </w:rPr>
        <w:t>I meet around fourteen doctors daily across general practitioners, physicians and gastroenterologists, and I manage relationships with key chemists and two stockists. When I took over the territory, sales were below target and several high-prescribing doctors had stopped seeing the previous representative. I rebuilt the doctor list by specialty and potential, planned a fortnightly visit cycle and arranged two continuing medical education sessions with a specialist speaker, following company compliance guidelines. Over two years my territory moved from below target to consistently above it, and I received the regional performance award.</w:t>
      </w:r>
    </w:p>
    <w:p>
      <w:pPr>
        <w:spacing w:after="120"/>
      </w:pPr>
      <w:r>
        <w:rPr>
          <w:b w:val="0"/>
          <w:i w:val="0"/>
        </w:rPr>
        <w:t>I am comfortable with sales reporting apps, territory planning and stock monitoring at chemists. I keep all promotional activity within the approved product information and the company’s code of conduct.</w:t>
      </w:r>
    </w:p>
    <w:p>
      <w:pPr>
        <w:spacing w:after="120"/>
      </w:pPr>
      <w:r>
        <w:rPr>
          <w:b w:val="0"/>
          <w:i w:val="0"/>
        </w:rPr>
        <w:t>My notice period is thirty days. I would welcome the opportunity to discuss your division and territory plans.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Medical Representative Trainee position at [Organisation name]. I completed my B.Pharm this year and I want to start my career in pharmaceutical field sales, because I enjoy explaining products clearly and I am comfortable meeting people every day.</w:t>
      </w:r>
    </w:p>
    <w:p>
      <w:pPr>
        <w:spacing w:after="120"/>
      </w:pPr>
      <w:r>
        <w:rPr>
          <w:b w:val="0"/>
          <w:i w:val="0"/>
        </w:rPr>
        <w:t>During my final year I completed a one-month field internship with the sales team of a mid-size pharmaceutical company in Nagpur. I accompanied a senior representative on doctor calls, observed how he planned his day by specialty and location and helped him maintain the daily call report. I also visited chemists to check stock of the company’s products and noted which brands were moving. By the end of the month, I was handling the chemist visits on my own and sharing short summaries with the area manager.</w:t>
      </w:r>
    </w:p>
    <w:p>
      <w:pPr>
        <w:spacing w:after="120"/>
      </w:pPr>
      <w:r>
        <w:rPr>
          <w:b w:val="0"/>
          <w:i w:val="0"/>
        </w:rPr>
        <w:t>I understand pharmacology, drug interactions and dosage forms from my degree, and I know that a medical representative must share only approved information and follow ethical marketing norms. I have a two-wheeler and a valid driving licence.</w:t>
      </w:r>
    </w:p>
    <w:p>
      <w:pPr>
        <w:spacing w:after="120"/>
      </w:pPr>
      <w:r>
        <w:rPr>
          <w:b w:val="0"/>
          <w:i w:val="0"/>
        </w:rPr>
        <w:t>I am willing to work in any headquarters in Maharashtra or Madhya Pradesh and can join immediately. Thank you for considering my application.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Name the therapy areas you have worked in, such as cardio-diabetic, gastro, anti-infectives or critical care, and the doctor specialties you meet regularly.</w:t>
      </w:r>
    </w:p>
    <w:p>
      <w:pPr>
        <w:pStyle w:val="ListBullet"/>
        <w:spacing w:after="40"/>
      </w:pPr>
      <w:r>
        <w:t>Describe your territory performance in relative terms, such as moving from below target to above it, without quoting confidential sales figures or product names.</w:t>
      </w:r>
    </w:p>
    <w:p>
      <w:pPr>
        <w:pStyle w:val="ListBullet"/>
        <w:spacing w:after="40"/>
      </w:pPr>
      <w:r>
        <w:t>Mention your degree, such as B.Pharm or B.Sc., and show that you understand ethical promotion and compliance rules, because companies screen closely for this.</w:t>
      </w:r>
    </w:p>
    <w:p>
      <w:pPr>
        <w:pStyle w:val="ListBullet"/>
        <w:spacing w:after="40"/>
      </w:pPr>
      <w:r>
        <w:t>State your willingness to relocate, your headquarters preference and whether you have your own two-wheeler, since field roles depend on these practical details.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digitalcvmaker.com/cover-letter-examples/medical-representatives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Representative cover letter samples</dc:title>
  <dc:subject>medical-representatives cover letter example</dc:subject>
  <dc:creator>digitalcvmaker.com</dc:creator>
  <cp:keywords>template, medical-representatives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