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Mechanical Engineer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writing to apply for the Maintenance Manager position at [Organisation name]. I have seven years of mechanical maintenance experience in a continuous process plant, and your cement unit’s expansion is the kind of reliability challenge I would like to take on.</w:t>
      </w:r>
    </w:p>
    <w:p>
      <w:pPr>
        <w:spacing w:after="120"/>
      </w:pPr>
      <w:r>
        <w:rPr>
          <w:b w:val="0"/>
          <w:i w:val="0"/>
        </w:rPr>
        <w:t>I currently lead a team of 14 technicians and two engineers responsible for pumps, crushers, conveyors and compressors in a fertiliser plant. When unplanned breakdowns on our main bagging conveyor kept stopping dispatch, I introduced vibration monitoring on critical gearboxes and a weekly lubrication schedule tracked in SAP PM. Breakdown hours on that line fell by more than half within a year. I also planned and executed our annual shutdown of 18 days with 60 contract workers, finishing two days early without any lost-time injury.</w:t>
      </w:r>
    </w:p>
    <w:p>
      <w:pPr>
        <w:spacing w:after="120"/>
      </w:pPr>
      <w:r>
        <w:rPr>
          <w:b w:val="0"/>
          <w:i w:val="0"/>
        </w:rPr>
        <w:t>I am used to permit-to-work systems, coordinating with production and safety teams, and managing spares inventory against a fixed budget. I also hold a boiler operation engineer certificate, which may be useful for your utilities section.</w:t>
      </w:r>
    </w:p>
    <w:p>
      <w:pPr>
        <w:spacing w:after="120"/>
      </w:pPr>
      <w:r>
        <w:rPr>
          <w:b w:val="0"/>
          <w:i w:val="0"/>
        </w:rPr>
        <w:t>My notice period is 90 days, and I am willing to relocate with my family. I would welcome an opportunity to discuss the role with you.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Graduate Engineer Trainee (Production) position at [Organisation name]. I completed my B.Tech in Mechanical Engineering this summer, and an automotive component shop floor is where I want to start my career.</w:t>
      </w:r>
    </w:p>
    <w:p>
      <w:pPr>
        <w:spacing w:after="120"/>
      </w:pPr>
      <w:r>
        <w:rPr>
          <w:b w:val="0"/>
          <w:i w:val="0"/>
        </w:rPr>
        <w:t>During a six-month internship at a Tier-2 supplier in Chakan, I was attached to the machining line for brake drums. I recorded cycle times for every CNC operation, prepared a simple line-balancing chart and suggested moving a deburring step to an idle station. After the supervisor trialled the change, night-shift output rose by about 40 pieces. I also helped the quality team fill control charts for bore diameter and learnt how a PPAP file is put together for a new part.</w:t>
      </w:r>
    </w:p>
    <w:p>
      <w:pPr>
        <w:spacing w:after="120"/>
      </w:pPr>
      <w:r>
        <w:rPr>
          <w:b w:val="0"/>
          <w:i w:val="0"/>
        </w:rPr>
        <w:t>I am comfortable with SolidWorks and AutoCAD, I understand GD&amp;T basics, and I have completed a short course on lean manufacturing covering 5S, kaizen and SMED. I am ready to work rotating shifts and to spend my first months on the shop floor learning from operators and supervisors.</w:t>
      </w:r>
    </w:p>
    <w:p>
      <w:pPr>
        <w:spacing w:after="120"/>
      </w:pPr>
      <w:r>
        <w:rPr>
          <w:b w:val="0"/>
          <w:i w:val="0"/>
        </w:rPr>
        <w:t>I can join immediately and am open to any plant location. Thank you for reviewing my application.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Name your function in the first line, whether production, maintenance, quality, design or R&amp;D, because plant and design-centre recruiters screen for very different skills.</w:t>
      </w:r>
    </w:p>
    <w:p>
      <w:pPr>
        <w:pStyle w:val="ListBullet"/>
        <w:spacing w:after="40"/>
      </w:pPr>
      <w:r>
        <w:t>Include one shop-floor or design result with a unit, such as breakdown hours, cycle time, rejection rate or cost per part, instead of a long list of software.</w:t>
      </w:r>
    </w:p>
    <w:p>
      <w:pPr>
        <w:pStyle w:val="ListBullet"/>
        <w:spacing w:after="40"/>
      </w:pPr>
      <w:r>
        <w:t>Mention shift, relocation and plant-location flexibility plainly; manufacturers in industrial belts often filter on these points before they call anyone.</w:t>
      </w:r>
    </w:p>
    <w:p>
      <w:pPr>
        <w:pStyle w:val="ListBullet"/>
        <w:spacing w:after="40"/>
      </w:pPr>
      <w:r>
        <w:t>Freshers should cite SAE BAJA, SUPRA or final-year prototype work with their own role named, and attach a two-page design portfolio only for design or R&amp;D openings.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digitalcvmaker.com/cover-letter-examples/mechanical-engineers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cover letter samples</dc:title>
  <dc:subject>mechanical-engineers cover letter example</dc:subject>
  <dc:creator>digitalcvmaker.com</dc:creator>
  <cp:keywords>template, mechanical-engineers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