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Makeup Artist cover letter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Two sample letters, experienced and fresher. Keep the one closer to your situation, replace the text in [brackets] and every detail with your own.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SAMPLE LETTER: EXPERIENCED</w:t>
      </w:r>
    </w:p>
    <w:p>
      <w:pPr>
        <w:spacing w:after="120"/>
      </w:pPr>
      <w:r>
        <w:rPr>
          <w:b w:val="0"/>
          <w:i w:val="0"/>
        </w:rPr>
        <w:t>Dear Studio Owner,</w:t>
      </w:r>
    </w:p>
    <w:p>
      <w:pPr>
        <w:spacing w:after="120"/>
      </w:pPr>
      <w:r>
        <w:rPr>
          <w:b w:val="0"/>
          <w:i w:val="0"/>
        </w:rPr>
        <w:t>I am writing to apply for the Senior Bridal Makeup Artist position at [Organisation name]. Your studio’s natural, skin-first bridal looks are close to my own style, and I would like to join a team that handles a large number of weddings with consistent quality.</w:t>
      </w:r>
    </w:p>
    <w:p>
      <w:pPr>
        <w:spacing w:after="120"/>
      </w:pPr>
      <w:r>
        <w:rPr>
          <w:b w:val="0"/>
          <w:i w:val="0"/>
        </w:rPr>
        <w:t>I have seven years of experience, the last four as a freelance bridal artist in Jaipur, where I handle around 50 weddings a season, including destination weddings at heritage hotels. Most of my bookings come through referrals from past brides and wedding planners. I am known for long-wear bases that stay fresh through day-long ceremonies in dry heat, and for keeping looks connected across mehendi, haldi, wedding and reception so the bride never looks like a different person in each.</w:t>
      </w:r>
    </w:p>
    <w:p>
      <w:pPr>
        <w:spacing w:after="120"/>
      </w:pPr>
      <w:r>
        <w:rPr>
          <w:b w:val="0"/>
          <w:i w:val="0"/>
        </w:rPr>
        <w:t>I also train and manage two assistants and have run small self-makeup workshops for bridesmaids. Every bride gets a trial, a patch test for new products and a written list of what I used, which clients with sensitive skin especially appreciate.</w:t>
      </w:r>
    </w:p>
    <w:p>
      <w:pPr>
        <w:spacing w:after="120"/>
      </w:pPr>
      <w:r>
        <w:rPr>
          <w:b w:val="0"/>
          <w:i w:val="0"/>
        </w:rPr>
        <w:t>I can join from the start of next season and am happy to travel for outstation weddings. My portfolio of bridal work, arranged by ceremony and skin tone, is attached.</w:t>
      </w:r>
    </w:p>
    <w:p>
      <w:pPr>
        <w:spacing w:after="120"/>
      </w:pPr>
      <w:r>
        <w:rPr>
          <w:b w:val="0"/>
          <w:i w:val="0"/>
        </w:rPr>
        <w:t>Thank you for your consideration. I would be glad to do a trial on one of your models.</w:t>
      </w:r>
    </w:p>
    <w:p>
      <w:pPr>
        <w:spacing w:after="120"/>
      </w:pPr>
      <w:r>
        <w:rPr>
          <w:b w:val="0"/>
          <w:i w:val="0"/>
        </w:rPr>
        <w:t>Regards,</w:t>
        <w:br/>
        <w:t>[Your name]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SAMPLE LETTER: FRESHER</w:t>
      </w:r>
    </w:p>
    <w:p>
      <w:pPr>
        <w:spacing w:after="120"/>
      </w:pPr>
      <w:r>
        <w:rPr>
          <w:b w:val="0"/>
          <w:i w:val="0"/>
        </w:rPr>
        <w:t>Dear Salon Manager,</w:t>
      </w:r>
    </w:p>
    <w:p>
      <w:pPr>
        <w:spacing w:after="120"/>
      </w:pPr>
      <w:r>
        <w:rPr>
          <w:b w:val="0"/>
          <w:i w:val="0"/>
        </w:rPr>
        <w:t>I am applying for the Junior Makeup Artist position at [Organisation name]. A busy unisex salon is where I want to build my skills, because working with walk-in and appointment clients every day will give me steady practice across skin types, ages and occasions.</w:t>
      </w:r>
    </w:p>
    <w:p>
      <w:pPr>
        <w:spacing w:after="120"/>
      </w:pPr>
      <w:r>
        <w:rPr>
          <w:b w:val="0"/>
          <w:i w:val="0"/>
        </w:rPr>
        <w:t>I recently completed a six-month professional makeup course at an academy in Chandigarh, covering skin preparation, colour correction, HD and airbrush makeup and basic hairstyling. After the course, I assisted a senior bridal artist for one wedding season, working on around 25 weddings. I prepped skin, handled draping and touch-ups for bridesmaids and family members, and learnt how to keep a kit organised when the schedule changes at the last minute.</w:t>
      </w:r>
    </w:p>
    <w:p>
      <w:pPr>
        <w:spacing w:after="120"/>
      </w:pPr>
      <w:r>
        <w:rPr>
          <w:b w:val="0"/>
          <w:i w:val="0"/>
        </w:rPr>
        <w:t>I follow strict hygiene practices: I sanitise brushes between clients, use disposable applicators for lips and eyes, and always ask about allergies and do a patch test before trying new products on sensitive skin.</w:t>
      </w:r>
    </w:p>
    <w:p>
      <w:pPr>
        <w:spacing w:after="120"/>
      </w:pPr>
      <w:r>
        <w:rPr>
          <w:b w:val="0"/>
          <w:i w:val="0"/>
        </w:rPr>
        <w:t>My portfolio, including before-and-after photos taken with client consent, is attached. I am available to join immediately and can work weekends and early-morning bookings during the wedding season.</w:t>
      </w:r>
    </w:p>
    <w:p>
      <w:pPr>
        <w:spacing w:after="120"/>
      </w:pPr>
      <w:r>
        <w:rPr>
          <w:b w:val="0"/>
          <w:i w:val="0"/>
        </w:rPr>
        <w:t>Thank you for considering my application. I would be happy to do a trial look for your team.</w:t>
      </w:r>
    </w:p>
    <w:p>
      <w:pPr>
        <w:spacing w:after="120"/>
      </w:pPr>
      <w:r>
        <w:rPr>
          <w:b w:val="0"/>
          <w:i w:val="0"/>
        </w:rPr>
        <w:t>Regards,</w:t>
        <w:br/>
        <w:t>[Your name]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BEFORE YOU SEND IT</w:t>
      </w:r>
    </w:p>
    <w:p>
      <w:pPr>
        <w:pStyle w:val="ListBullet"/>
        <w:spacing w:after="40"/>
      </w:pPr>
      <w:r>
        <w:t>Attach a compact PDF portfolio arranged by look type and skin tone, and confirm client photos were used with consent; lightly edited photos build more trust than heavily filtered ones.</w:t>
      </w:r>
    </w:p>
    <w:p>
      <w:pPr>
        <w:pStyle w:val="ListBullet"/>
        <w:spacing w:after="40"/>
      </w:pPr>
      <w:r>
        <w:t>Mention your hygiene routine, patch testing and allergy checks in one sentence; salon owners and brides both worry about skin reactions and want that reassurance early.</w:t>
      </w:r>
    </w:p>
    <w:p>
      <w:pPr>
        <w:pStyle w:val="ListBullet"/>
        <w:spacing w:after="40"/>
      </w:pPr>
      <w:r>
        <w:t>State your availability plainly, including weekends, early calls, wedding season dates and outstation travel, since these often decide a booking more than the products you carry.</w:t>
      </w:r>
    </w:p>
    <w:p>
      <w:pPr>
        <w:pStyle w:val="ListBullet"/>
        <w:spacing w:after="40"/>
      </w:pPr>
      <w:r>
        <w:t>Name your course or certification once, but leave out long lists of brands in your kit; employers care more about technique, speed and how the look holds through the event.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Sample cover letters from digitalcvmaker.com/cover-letter-examples/makeup-artists — fictional examples; write your own facts.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Makeup Artist cover letter samples</dc:title>
  <dc:subject>makeup-artists cover letter example</dc:subject>
  <dc:creator>digitalcvmaker.com</dc:creator>
  <cp:keywords>template, makeup-artists cover letter example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