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Electrical Engineer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Senior Electrical Engineer (MEP) position at [Organisation name]. For six years I have handled electrical works on commercial and residential towers for a contractor in Hyderabad, and your upcoming hospital project is the kind of critical-load job I want to take on next.</w:t>
      </w:r>
    </w:p>
    <w:p>
      <w:pPr>
        <w:spacing w:after="120"/>
      </w:pPr>
      <w:r>
        <w:rPr>
          <w:b w:val="0"/>
          <w:i w:val="0"/>
        </w:rPr>
        <w:t>On my last project, a 22-storey office building, I was responsible for the 11 kV HT panel, two 1,600 kVA transformers, three DG sets with synchronising panels and all LT distribution. I checked shop drawings against the consultant’s design, coordinated cable routing with the HVAC and plumbing teams to avoid clashes in the shafts, and scheduled testing and commissioning floor by floor. I also prepared the documentation for the Electrical Inspectorate approval and handled the inspector’s visit; the energisation certificate came through on the first inspection.</w:t>
      </w:r>
    </w:p>
    <w:p>
      <w:pPr>
        <w:spacing w:after="120"/>
      </w:pPr>
      <w:r>
        <w:rPr>
          <w:b w:val="0"/>
          <w:i w:val="0"/>
        </w:rPr>
        <w:t>I manage a team of four supervisors and around sixty electricians at peak, track material against the bill of quantities and raise variations with proper backup. I am familiar with relevant IS codes and the National Electrical Code.</w:t>
      </w:r>
    </w:p>
    <w:p>
      <w:pPr>
        <w:spacing w:after="120"/>
      </w:pPr>
      <w:r>
        <w:rPr>
          <w:b w:val="0"/>
          <w:i w:val="0"/>
        </w:rPr>
        <w:t>My notice period is sixty days. I would welcome the opportunity to discuss the electrical scope of your hospital project.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Graduate Engineer Trainee (Electrical) position at [Organisation name]. I completed my B.E. in Electrical and Electronics Engineering this summer, and I want to begin my career with a company that builds and tests switchgear, because that is where my internship work was focused.</w:t>
      </w:r>
    </w:p>
    <w:p>
      <w:pPr>
        <w:spacing w:after="120"/>
      </w:pPr>
      <w:r>
        <w:rPr>
          <w:b w:val="0"/>
          <w:i w:val="0"/>
        </w:rPr>
        <w:t>I spent eight weeks at a mid-size LT panel manufacturer near Coimbatore. I helped the testing team run insulation resistance, high-voltage and primary injection tests on motor control centres before dispatch, and I recorded results on the factory test sheets the customer’s inspector signed. When I noticed that two panels kept failing the same contactor coil check, I traced the fault to a wrong control transformer tap setting on the assembly drawing, and the design team corrected it for the whole order.</w:t>
      </w:r>
    </w:p>
    <w:p>
      <w:pPr>
        <w:spacing w:after="120"/>
      </w:pPr>
      <w:r>
        <w:rPr>
          <w:b w:val="0"/>
          <w:i w:val="0"/>
        </w:rPr>
        <w:t>My final-year project was a small solar-plus-battery inverter with MPPT control, built on a microcontroller and tested on a 1 kW rooftop setup at college. I am comfortable reading single-line diagrams, using AutoCAD Electrical and working with a multimeter, clamp meter and megger.</w:t>
      </w:r>
    </w:p>
    <w:p>
      <w:pPr>
        <w:spacing w:after="120"/>
      </w:pPr>
      <w:r>
        <w:rPr>
          <w:b w:val="0"/>
          <w:i w:val="0"/>
        </w:rPr>
        <w:t>I can join immediately and I am willing to work on shop floors or at customer sites anywhere in South India.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Name the voltage levels, equipment and load sizes you have worked on, such as 11 kV panels, VFDs or DG synchronising, because electrical managers screen on exposure before anything else.</w:t>
      </w:r>
    </w:p>
    <w:p>
      <w:pPr>
        <w:pStyle w:val="ListBullet"/>
        <w:spacing w:after="40"/>
      </w:pPr>
      <w:r>
        <w:t>Mention your electrical supervisor licence, Inspectorate approvals handled or safety certifications in the body of the letter, not only in the resume, since many roles legally require them.</w:t>
      </w:r>
    </w:p>
    <w:p>
      <w:pPr>
        <w:pStyle w:val="ListBullet"/>
        <w:spacing w:after="40"/>
      </w:pPr>
      <w:r>
        <w:t>Give one measurable outcome from site or plant work, such as breakdown hours reduced, a power factor penalty removed or an inspection cleared first time, rather than a list of software.</w:t>
      </w:r>
    </w:p>
    <w:p>
      <w:pPr>
        <w:pStyle w:val="ListBullet"/>
        <w:spacing w:after="40"/>
      </w:pPr>
      <w:r>
        <w:t>Say clearly whether you are open to shifts, site postings or relocation; maintenance and project roles often hinge on availability as much as technical fit.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digitalcvmaker.com/cover-letter-examples/electrical-engineers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 cover letter samples</dc:title>
  <dc:subject>electrical-engineers cover letter example</dc:subject>
  <dc:creator>digitalcvmaker.com</dc:creator>
  <cp:keywords>template, electrical-engineers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