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Digital Marketer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Performance Marketing Manager role at [Organisation name]. I have six years in paid acquisition, the last three managing a monthly budget of about ₹1.5 crore across Google Ads and Meta Ads for a fashion e-commerce company, and I would like to bring that experience to a larger catalogue and a bigger team.</w:t>
      </w:r>
    </w:p>
    <w:p>
      <w:pPr>
        <w:spacing w:after="120"/>
      </w:pPr>
      <w:r>
        <w:rPr>
          <w:b w:val="0"/>
          <w:i w:val="0"/>
        </w:rPr>
        <w:t>In my current role I rebuilt our shopping campaigns around product margins instead of revenue alone, which raised contribution margin from paid orders by 18 percent while keeping order volume steady. I also moved us from last-click reporting to a simple region-wise incrementality test, which showed that one brand search campaign was mostly capturing orders we would have received anyway; pausing it freed ₹12 lakh a month for prospecting. I manage two executives and work closely with the creative team on weekly ad refreshes.</w:t>
      </w:r>
    </w:p>
    <w:p>
      <w:pPr>
        <w:spacing w:after="120"/>
      </w:pPr>
      <w:r>
        <w:rPr>
          <w:b w:val="0"/>
          <w:i w:val="0"/>
        </w:rPr>
        <w:t>I am comfortable with GA4, server-side conversion tracking and building reports in Looker Studio. My notice period is 60 days.</w:t>
      </w:r>
    </w:p>
    <w:p>
      <w:pPr>
        <w:spacing w:after="120"/>
      </w:pPr>
      <w:r>
        <w:rPr>
          <w:b w:val="0"/>
          <w:i w:val="0"/>
        </w:rPr>
        <w:t>Thank you for your consideration. I would be glad to walk you through a campaign audit I recently prepared.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Digital Marketing Executive role at [Organisation name]. An agency appeals to me at the start of my career because working across several clients will teach me faster than managing a single brand’s channels.</w:t>
      </w:r>
    </w:p>
    <w:p>
      <w:pPr>
        <w:spacing w:after="120"/>
      </w:pPr>
      <w:r>
        <w:rPr>
          <w:b w:val="0"/>
          <w:i w:val="0"/>
        </w:rPr>
        <w:t>During a four-month internship with a small agency in Kochi, I handled social media calendars for three clients: a dental clinic, a home bakery and a furniture showroom. For the bakery, I planned short recipe reels and a WhatsApp order link, and its Instagram following went from 1,800 to 6,500, with weekend orders roughly doubling by the end of my internship. I also assisted on Google Ads search campaigns for the furniture showroom, adding negative keywords that cut wasted spend on irrelevant searches.</w:t>
      </w:r>
    </w:p>
    <w:p>
      <w:pPr>
        <w:spacing w:after="120"/>
      </w:pPr>
      <w:r>
        <w:rPr>
          <w:b w:val="0"/>
          <w:i w:val="0"/>
        </w:rPr>
        <w:t>I have completed the Google Ads and Analytics certifications, and I write confidently in English and Malayalam. My portfolio, with campaign screenshots and results, is linked in my resume. I can join immediately.</w:t>
      </w:r>
    </w:p>
    <w:p>
      <w:pPr>
        <w:spacing w:after="120"/>
      </w:pPr>
      <w:r>
        <w:rPr>
          <w:b w:val="0"/>
          <w:i w:val="0"/>
        </w:rPr>
        <w:t>Thank you for your consideration. I would be happy to prepare a sample content calendar for one of your clients.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Link a portfolio or case-study page with screenshots of campaigns, dashboards or content, and quote one number from it in the letter so the reader has a reason to click.</w:t>
      </w:r>
    </w:p>
    <w:p>
      <w:pPr>
        <w:pStyle w:val="ListBullet"/>
        <w:spacing w:after="40"/>
      </w:pPr>
      <w:r>
        <w:t>State the budget you managed, the channels and the metric you were judged on, such as ROAS, cost per lead or organic sign-ups, instead of listing every tool you have touched.</w:t>
      </w:r>
    </w:p>
    <w:p>
      <w:pPr>
        <w:pStyle w:val="ListBullet"/>
        <w:spacing w:after="40"/>
      </w:pPr>
      <w:r>
        <w:t>Write the letter as a sample of your copywriting, with short paragraphs, a clear subject line and no filler, since marketing leads read it as proof of how you write.</w:t>
      </w:r>
    </w:p>
    <w:p>
      <w:pPr>
        <w:pStyle w:val="ListBullet"/>
        <w:spacing w:after="40"/>
      </w:pPr>
      <w:r>
        <w:t>Do not share client dashboards, ad account IDs or unpublished results from past employers; use rounded figures and describe each client by sector and size instead.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digitalcvmaker.com/cover-letter-examples/digital-marketers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Marketer cover letter samples</dc:title>
  <dc:subject>digital-marketers cover letter example</dc:subject>
  <dc:creator>digitalcvmaker.com</dc:creator>
  <cp:keywords>template, digital-marketers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