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Dietitian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Clinical Dietitian position at [Organisation name]. I have seven years of hospital experience, most recently specialising in renal and diabetes nutrition, and your new nephrology and transplant centre is where I would like to take on more responsibility.</w:t>
      </w:r>
    </w:p>
    <w:p>
      <w:pPr>
        <w:spacing w:after="120"/>
      </w:pPr>
      <w:r>
        <w:rPr>
          <w:b w:val="0"/>
          <w:i w:val="0"/>
        </w:rPr>
        <w:t>At my current 300-bed hospital in Lucknow, I manage nutrition care for the nephrology ward, the dialysis unit and the diabetes clinic. I plan diets for patients on haemodialysis around potassium, phosphorus and fluid limits, and I review their monthly lab reports with the nephrologist. I introduced a short food-exchange booklet in Hindi for dialysis patients, which the unit now hands out at every first session. I also counsel about fifteen outpatients a day in the diabetes clinic and coordinate with the kitchen to keep therapeutic diet trays accurate across three wards.</w:t>
      </w:r>
    </w:p>
    <w:p>
      <w:pPr>
        <w:spacing w:after="120"/>
      </w:pPr>
      <w:r>
        <w:rPr>
          <w:b w:val="0"/>
          <w:i w:val="0"/>
        </w:rPr>
        <w:t>I am a Registered Dietitian with the Indian Dietetic Association and a certified diabetes educator. I have handled nutrition documentation for NABH audits and trained two junior dietitians. My notice period is one month.</w:t>
      </w:r>
    </w:p>
    <w:p>
      <w:pPr>
        <w:spacing w:after="120"/>
      </w:pPr>
      <w:r>
        <w:rPr>
          <w:b w:val="0"/>
          <w:i w:val="0"/>
        </w:rPr>
        <w:t>Thank you for considering my application. I look forward to the opportunity to discuss the role.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Chief Dietitian,</w:t>
      </w:r>
    </w:p>
    <w:p>
      <w:pPr>
        <w:spacing w:after="120"/>
      </w:pPr>
      <w:r>
        <w:rPr>
          <w:b w:val="0"/>
          <w:i w:val="0"/>
        </w:rPr>
        <w:t>I am applying for the Junior Dietitian position at [Organisation name]. I completed my M.Sc in Food Science and Nutrition this year along with a six-month hospital internship, and I want to begin in clinical nutrition, where diet plans are tied closely to diagnosis and lab values.</w:t>
      </w:r>
    </w:p>
    <w:p>
      <w:pPr>
        <w:spacing w:after="120"/>
      </w:pPr>
      <w:r>
        <w:rPr>
          <w:b w:val="0"/>
          <w:i w:val="0"/>
        </w:rPr>
        <w:t>My internship at a 450-bed multi-speciality hospital covered the general wards, the renal unit and the ICU. I screened new admissions for malnutrition risk, calculated energy and protein needs, and prepared diet orders for diabetic, renal and cardiac patients under my supervisor’s review. In the ICU I observed enteral feeding protocols and helped calculate feed rates for tube-fed patients. I also counselled patients with newly diagnosed diabetes at discharge, using food models and plate portions to explain carbohydrate counting in Tamil and English.</w:t>
      </w:r>
    </w:p>
    <w:p>
      <w:pPr>
        <w:spacing w:after="120"/>
      </w:pPr>
      <w:r>
        <w:rPr>
          <w:b w:val="0"/>
          <w:i w:val="0"/>
        </w:rPr>
        <w:t>I plan to appear for the Registered Dietitian examination of the Indian Dietetic Association as soon as I am eligible, and I am comfortable coordinating with the kitchen team so that therapeutic diets reach the right bed on time. I can join within ten days.</w:t>
      </w:r>
    </w:p>
    <w:p>
      <w:pPr>
        <w:spacing w:after="120"/>
      </w:pPr>
      <w:r>
        <w:rPr>
          <w:b w:val="0"/>
          <w:i w:val="0"/>
        </w:rPr>
        <w:t>Thank you for considering my application. I would be glad to meet for an interview.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patient groups or clients you handle, such as renal, diabetic, ICU or sports, and the tools you use, like growth charts, food exchanges or enteral feed calculations.</w:t>
      </w:r>
    </w:p>
    <w:p>
      <w:pPr>
        <w:pStyle w:val="ListBullet"/>
        <w:spacing w:after="40"/>
      </w:pPr>
      <w:r>
        <w:t>State whether you are a Registered Dietitian with the Indian Dietetic Association or preparing for the exam; do not use the RD title before you have cleared it.</w:t>
      </w:r>
    </w:p>
    <w:p>
      <w:pPr>
        <w:pStyle w:val="ListBullet"/>
        <w:spacing w:after="40"/>
      </w:pPr>
      <w:r>
        <w:t>Avoid promising fixed weight-loss numbers or cures in the letter. Hospitals and wellness brands alike look for evidence-based, cautious advice from the dietitians they hire.</w:t>
      </w:r>
    </w:p>
    <w:p>
      <w:pPr>
        <w:pStyle w:val="ListBullet"/>
        <w:spacing w:after="40"/>
      </w:pPr>
      <w:r>
        <w:t>Mention the languages you counsel in and attach your internship certificate; for fitness or corporate roles, offer a sample diet plan with all client details removed.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digitalcvmaker.com/cover-letter-examples/dietitians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cover letter samples</dc:title>
  <dc:subject>dietitians cover letter example</dc:subject>
  <dc:creator>digitalcvmaker.com</dc:creator>
  <cp:keywords>template, dietitians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