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DevOps Engineer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DevOps Engineer position at [Organisation name]. I have six years of experience in cloud infrastructure and CI/CD, currently at a fintech company where I look after the platform used by about forty developers.</w:t>
      </w:r>
    </w:p>
    <w:p>
      <w:pPr>
        <w:spacing w:after="120"/>
      </w:pPr>
      <w:r>
        <w:rPr>
          <w:b w:val="0"/>
          <w:i w:val="0"/>
        </w:rPr>
        <w:t>When I joined, deployments happened twice a week through a manual Jenkins job, and a bad release could take hours to roll back. I moved our services to EKS with Helm charts, introduced a GitOps workflow with Argo CD and added automated canary checks based on error rate and latency. We now deploy several times a day, and rollback takes minutes. I also brought our infrastructure under Terraform with peer-reviewed pull requests, which made our audit for payment security compliance far simpler.</w:t>
      </w:r>
    </w:p>
    <w:p>
      <w:pPr>
        <w:spacing w:after="120"/>
      </w:pPr>
      <w:r>
        <w:rPr>
          <w:b w:val="0"/>
          <w:i w:val="0"/>
        </w:rPr>
        <w:t>On the cost side, I set up tagging and weekly reports by team, moved batch workloads to spot instances and right-sized databases, which brought our monthly AWS bill down noticeably without any performance complaints.</w:t>
      </w:r>
    </w:p>
    <w:p>
      <w:pPr>
        <w:spacing w:after="120"/>
      </w:pPr>
      <w:r>
        <w:rPr>
          <w:b w:val="0"/>
          <w:i w:val="0"/>
        </w:rPr>
        <w:t>I take part in the on-call rotation, run blameless post-incident reviews and maintain the runbooks. My notice period is sixty days. I would welcome a conversation about your platform roadmap.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Junior DevOps Engineer role at [Organisation name]. I recently completed my B.Tech in Information Technology, and over the last year I have taught myself to build, deploy and monitor applications end to end, because I enjoy making systems reliable more than writing new features.</w:t>
      </w:r>
    </w:p>
    <w:p>
      <w:pPr>
        <w:spacing w:after="120"/>
      </w:pPr>
      <w:r>
        <w:rPr>
          <w:b w:val="0"/>
          <w:i w:val="0"/>
        </w:rPr>
        <w:t>My main project is a small food-ordering web app that I deployed on AWS. I containerised the Node.js backend with Docker, wrote Terraform to create the VPC, EC2 instances and an RDS database, and set up a GitHub Actions pipeline that runs tests, builds the image and deploys to a staging environment on every merge. I added Prometheus and Grafana for basic metrics and an alert that messages me on Telegram when the API error rate crosses a threshold. The full setup and a write-up are on my GitHub profile.</w:t>
      </w:r>
    </w:p>
    <w:p>
      <w:pPr>
        <w:spacing w:after="120"/>
      </w:pPr>
      <w:r>
        <w:rPr>
          <w:b w:val="0"/>
          <w:i w:val="0"/>
        </w:rPr>
        <w:t>During a two-month internship at a mid-size IT services company in Noida, I helped migrate cron jobs from a single server to Kubernetes CronJobs and documented the runbook for the support team.</w:t>
      </w:r>
    </w:p>
    <w:p>
      <w:pPr>
        <w:spacing w:after="120"/>
      </w:pPr>
      <w:r>
        <w:rPr>
          <w:b w:val="0"/>
          <w:i w:val="0"/>
        </w:rPr>
        <w:t>I hold the AWS Cloud Practitioner certificate and am preparing for the Solutions Architect Associate exam. I can join immediately.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stack you have actually run in production, such as AWS, Kubernetes, Terraform or Jenkins, and separate it clearly from tools you have only used in labs or courses.</w:t>
      </w:r>
    </w:p>
    <w:p>
      <w:pPr>
        <w:pStyle w:val="ListBullet"/>
        <w:spacing w:after="40"/>
      </w:pPr>
      <w:r>
        <w:t>Give one reliability or delivery result, such as deployment frequency, rollback time, incident count or cloud cost reduced, and explain briefly what you changed to get it.</w:t>
      </w:r>
    </w:p>
    <w:p>
      <w:pPr>
        <w:pStyle w:val="ListBullet"/>
        <w:spacing w:after="40"/>
      </w:pPr>
      <w:r>
        <w:t>Link a GitHub repository with infrastructure code or a pipeline you built, and scrub any keys, internal hostnames or account IDs before sharing it.</w:t>
      </w:r>
    </w:p>
    <w:p>
      <w:pPr>
        <w:pStyle w:val="ListBullet"/>
        <w:spacing w:after="40"/>
      </w:pPr>
      <w:r>
        <w:t>Mention your on-call experience and how you handle incidents, since most DevOps and SRE teams screen for calm, clear communication during outages.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digitalcvmaker.com/cover-letter-examples/devops-engineers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DevOps Engineer cover letter samples</dc:title>
  <dc:subject>devops-engineers cover letter example</dc:subject>
  <dc:creator>digitalcvmaker.com</dc:creator>
  <cp:keywords>template, devops-engineers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