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Developer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writing about the Senior Backend Engineer opening at [Organisation name]. Your team is building lending infrastructure for small merchants, and after four years on payment systems I want to work where reliability decisions directly affect a shopkeeper’s cash flow.</w:t>
      </w:r>
    </w:p>
    <w:p>
      <w:pPr>
        <w:spacing w:after="120"/>
      </w:pPr>
      <w:r>
        <w:rPr>
          <w:b w:val="0"/>
          <w:i w:val="0"/>
        </w:rPr>
        <w:t>At my current company, a Series A fintech in Bengaluru, I own the settlement service written in Go. I redesigned its retry logic and idempotency checks, which took duplicate payouts from a few every week to none over the last two quarters. I also moved our reporting queries off the primary PostgreSQL database to a read replica, so month-end reports no longer slow down live transactions.</w:t>
      </w:r>
    </w:p>
    <w:p>
      <w:pPr>
        <w:spacing w:after="120"/>
      </w:pPr>
      <w:r>
        <w:rPr>
          <w:b w:val="0"/>
          <w:i w:val="0"/>
        </w:rPr>
        <w:t>Beyond my own service, I run the on-call rotation for a six-member squad and wrote the runbooks we follow during incidents. Two engineers I mentored now handle production releases independently.</w:t>
      </w:r>
    </w:p>
    <w:p>
      <w:pPr>
        <w:spacing w:after="120"/>
      </w:pPr>
      <w:r>
        <w:rPr>
          <w:b w:val="0"/>
          <w:i w:val="0"/>
        </w:rPr>
        <w:t>I enjoy the pace of a small team where one engineer can own a service end to end, and your stack of Go, Kafka and AWS matches mine closely. My notice period is sixty days, and my current employer usually allows early release after a proper handover.</w:t>
      </w:r>
    </w:p>
    <w:p>
      <w:pPr>
        <w:spacing w:after="120"/>
      </w:pPr>
      <w:r>
        <w:rPr>
          <w:b w:val="0"/>
          <w:i w:val="0"/>
        </w:rPr>
        <w:t>I would welcome a chance to discuss the role and walk your team through a system design I have worked on.</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Junior Backend Developer role at [Organisation name]. I have just completed my B.Tech in Computer Science from an engineering college in Coimbatore, and your work on billing software for small retailers is close to the problems I enjoyed most during my internship.</w:t>
      </w:r>
    </w:p>
    <w:p>
      <w:pPr>
        <w:spacing w:after="120"/>
      </w:pPr>
      <w:r>
        <w:rPr>
          <w:b w:val="0"/>
          <w:i w:val="0"/>
        </w:rPr>
        <w:t>For six months I interned with a logistics startup in Chennai, where I wrote Node.js endpoints for the driver app and fixed slow MySQL queries on the trip history screen. After I added the right indexes and removed a nested loop, that screen started loading in under a second instead of four. I also wrote the first set of Jest tests for the payments module, which the team now runs on every pull request.</w:t>
      </w:r>
    </w:p>
    <w:p>
      <w:pPr>
        <w:spacing w:after="120"/>
      </w:pPr>
      <w:r>
        <w:rPr>
          <w:b w:val="0"/>
          <w:i w:val="0"/>
        </w:rPr>
        <w:t>In my final year I led a three-member team that built a hostel complaint tracker in React and Express. The warden’s office used it for a full semester and closed over three hundred complaints through it. The code and a short demo video are on my GitHub profile, linked below.</w:t>
      </w:r>
    </w:p>
    <w:p>
      <w:pPr>
        <w:spacing w:after="120"/>
      </w:pPr>
      <w:r>
        <w:rPr>
          <w:b w:val="0"/>
          <w:i w:val="0"/>
        </w:rPr>
        <w:t>I am comfortable reading unfamiliar code, asking specific questions and writing clear commit messages. I can join immediately and I am happy to relocate to Bengaluru. I would be glad to take a technical assignment or a coding round at your convenience.</w:t>
      </w:r>
    </w:p>
    <w:p>
      <w:pPr>
        <w:spacing w:after="120"/>
      </w:pPr>
      <w:r>
        <w:rPr>
          <w:b w:val="0"/>
          <w:i w:val="0"/>
        </w:rPr>
        <w:t>Thank you for considering my application.</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Paste your GitHub, deployed app or technical blog link directly under your name, and make sure the pinned repositories match the stack named in the job post before you hit send.</w:t>
      </w:r>
    </w:p>
    <w:p>
      <w:pPr>
        <w:pStyle w:val="ListBullet"/>
        <w:spacing w:after="40"/>
      </w:pPr>
      <w:r>
        <w:t>Pick one or two systems you built and describe the change they made, such as load time, failed jobs or tickets reduced. Leave the full list of languages and tools to your resume.</w:t>
      </w:r>
    </w:p>
    <w:p>
      <w:pPr>
        <w:pStyle w:val="ListBullet"/>
        <w:spacing w:after="40"/>
      </w:pPr>
      <w:r>
        <w:t>Use a subject line like “Application: Backend Developer (Go) – 4 yrs – 60 days notice” so recruiters scanning a crowded inbox can shortlist you without opening the attachment first.</w:t>
      </w:r>
    </w:p>
    <w:p>
      <w:pPr>
        <w:pStyle w:val="ListBullet"/>
        <w:spacing w:after="40"/>
      </w:pPr>
      <w:r>
        <w:t>Never paste proprietary code, client names or internal dashboards from your current employer. Describe the problem and your approach in general terms; interviewers read discretion as a sign of maturity.</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digitalcvmaker.com/cover-letter-examples/developers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Developer cover letter samples</dc:title>
  <dc:subject>developers cover letter example</dc:subject>
  <dc:creator>digitalcvmaker.com</dc:creator>
  <cp:keywords>template, developers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