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Data Analyst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Data Analyst role in your category analytics team at [Organisation name]. I have five years of experience in retail analytics, currently at a supermarket chain with 180 stores across South India, and I would like to work on a larger assortment and a more mature data platform.</w:t>
      </w:r>
    </w:p>
    <w:p>
      <w:pPr>
        <w:spacing w:after="120"/>
      </w:pPr>
      <w:r>
        <w:rPr>
          <w:b w:val="0"/>
          <w:i w:val="0"/>
        </w:rPr>
        <w:t>In my current role I own weekly sales and margin reporting for the fresh and staples categories. I rebuilt our reporting from manual Excel files into a set of SQL views and Power BI dashboards, cutting the Monday reporting effort from about two days to under three hours. I also led a store clustering analysis using sales mix and locality data, which helped the category team trim slow-moving SKUs in 60 stores and free shelf space for regional brands; those stores improved fresh category margin by about 1.5 percentage points over two quarters.</w:t>
      </w:r>
    </w:p>
    <w:p>
      <w:pPr>
        <w:spacing w:after="120"/>
      </w:pPr>
      <w:r>
        <w:rPr>
          <w:b w:val="0"/>
          <w:i w:val="0"/>
        </w:rPr>
        <w:t>I work daily with category managers and finance, and I am comfortable explaining findings without jargon. My tools are SQL, Python, Power BI and some dbt. My notice period is 60 days.</w:t>
      </w:r>
    </w:p>
    <w:p>
      <w:pPr>
        <w:spacing w:after="120"/>
      </w:pPr>
      <w:r>
        <w:rPr>
          <w:b w:val="0"/>
          <w:i w:val="0"/>
        </w:rPr>
        <w:t>Thank you for your consideration. I would be glad to discuss how I could support your category reviews.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Junior Data Analyst position at [Organisation name]. I recently finished my B.Sc. in Statistics, and I want to start in an operations analytics team, where reports directly shape daily decisions on inventory, delivery and staffing.</w:t>
      </w:r>
    </w:p>
    <w:p>
      <w:pPr>
        <w:spacing w:after="120"/>
      </w:pPr>
      <w:r>
        <w:rPr>
          <w:b w:val="0"/>
          <w:i w:val="0"/>
        </w:rPr>
        <w:t>During a three-month internship with a grocery delivery startup in Hyderabad, I cleaned and joined order data from three dark stores covering about 2 lakh orders. Using SQL and Excel, I found that late deliveries clustered between 7 and 9 pm in two pin codes, largely because riders were being assigned too late. I built a Power BI dashboard showing hourly order volume against rider availability, and the operations lead used it to adjust shift start times, which visibly reduced late deliveries in those areas within a month. I also documented every query so that the next intern could reuse them.</w:t>
      </w:r>
    </w:p>
    <w:p>
      <w:pPr>
        <w:spacing w:after="120"/>
      </w:pPr>
      <w:r>
        <w:rPr>
          <w:b w:val="0"/>
          <w:i w:val="0"/>
        </w:rPr>
        <w:t>I am comfortable with SQL, Excel pivot tables, Power BI and basic Python with pandas, and I am currently learning A/B test analysis. I can join immediately and am happy to take an SQL assessment as part of your process.</w:t>
      </w:r>
    </w:p>
    <w:p>
      <w:pPr>
        <w:spacing w:after="120"/>
      </w:pPr>
      <w:r>
        <w:rPr>
          <w:b w:val="0"/>
          <w:i w:val="0"/>
        </w:rPr>
        <w:t>Thank you for considering my application.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Link a GitHub repository or portfolio page with one or two finished projects, and state in the letter the business question each one answered rather than the tools used.</w:t>
      </w:r>
    </w:p>
    <w:p>
      <w:pPr>
        <w:pStyle w:val="ListBullet"/>
        <w:spacing w:after="40"/>
      </w:pPr>
      <w:r>
        <w:t>Name the business area you analysed, such as supply chain, marketing or product, since hiring managers look for domain context as closely as they check SQL or Python skills.</w:t>
      </w:r>
    </w:p>
    <w:p>
      <w:pPr>
        <w:pStyle w:val="ListBullet"/>
        <w:spacing w:after="40"/>
      </w:pPr>
      <w:r>
        <w:t>Never attach or quote raw data, customer details or internal dashboards from an employer; describe the dataset size and the outcome in general terms instead.</w:t>
      </w:r>
    </w:p>
    <w:p>
      <w:pPr>
        <w:pStyle w:val="ListBullet"/>
        <w:spacing w:after="40"/>
      </w:pPr>
      <w:r>
        <w:t>Offer to take a SQL or case assessment in your closing line and keep the letter near 200 words; analytics managers value a clear structure over long tool lists.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digitalcvmaker.com/cover-letter-examples/data-analysts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Analyst cover letter samples</dc:title>
  <dc:subject>data-analysts cover letter example</dc:subject>
  <dc:creator>digitalcvmaker.com</dc:creator>
  <cp:keywords>template, data-analysts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