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Customer Support Executive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Hiring Manager,</w:t>
      </w:r>
    </w:p>
    <w:p>
      <w:pPr>
        <w:spacing w:after="120"/>
      </w:pPr>
      <w:r>
        <w:rPr>
          <w:b w:val="0"/>
          <w:i w:val="0"/>
        </w:rPr>
        <w:t>I am applying for the Senior Customer Support Executive role at [Organisation name]. I have four years of experience in voice and email support, currently at a broadband service provider handling billing and technical complaints for home users.</w:t>
      </w:r>
    </w:p>
    <w:p>
      <w:pPr>
        <w:spacing w:after="120"/>
      </w:pPr>
      <w:r>
        <w:rPr>
          <w:b w:val="0"/>
          <w:i w:val="0"/>
        </w:rPr>
        <w:t>I handle around sixty calls a day and maintain quality scores consistently above the team target. I also take escalations from newer colleagues, especially customers who have called several times about the same fault. For these, I started a simple practice: I own the case until it closes, give the customer a clear call-back time and update the ticket so the field team sees the whole history. Repeat calls on my escalated cases dropped noticeably, and my team leader asked me to train new joiners on this approach.</w:t>
      </w:r>
    </w:p>
    <w:p>
      <w:pPr>
        <w:spacing w:after="120"/>
      </w:pPr>
      <w:r>
        <w:rPr>
          <w:b w:val="0"/>
          <w:i w:val="0"/>
        </w:rPr>
        <w:t>I am comfortable with Freshdesk, Zendesk and our internal CRM, and I write short knowledge base articles when I notice a new type of issue. I speak English, Hindi and Kannada.</w:t>
      </w:r>
    </w:p>
    <w:p>
      <w:pPr>
        <w:spacing w:after="120"/>
      </w:pPr>
      <w:r>
        <w:rPr>
          <w:b w:val="0"/>
          <w:i w:val="0"/>
        </w:rPr>
        <w:t>I am open to rotational shifts. My notice period is thirty days. Thank you for considering my application; I look forward to speaking with you.</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Hiring Manager,</w:t>
      </w:r>
    </w:p>
    <w:p>
      <w:pPr>
        <w:spacing w:after="120"/>
      </w:pPr>
      <w:r>
        <w:rPr>
          <w:b w:val="0"/>
          <w:i w:val="0"/>
        </w:rPr>
        <w:t>I am applying for the Customer Support Executive position at [Organisation name]. I completed my B.A. this year, and during college I worked part time for eight months at a mobile accessories store, where most of my day was spent helping customers who were unhappy with something.</w:t>
      </w:r>
    </w:p>
    <w:p>
      <w:pPr>
        <w:spacing w:after="120"/>
      </w:pPr>
      <w:r>
        <w:rPr>
          <w:b w:val="0"/>
          <w:i w:val="0"/>
        </w:rPr>
        <w:t>At the store I handled returns, warranty claims and complaints about chargers and earphones. I learnt to listen first, check the bill and the product, and explain clearly what we could and could not do. When customers came back repeatedly for the same warranty issue with one brand, I kept a notebook of cases and shared it with the owner, who then stopped stocking that model. Our weekend complaint queue became much shorter after that.</w:t>
      </w:r>
    </w:p>
    <w:p>
      <w:pPr>
        <w:spacing w:after="120"/>
      </w:pPr>
      <w:r>
        <w:rPr>
          <w:b w:val="0"/>
          <w:i w:val="0"/>
        </w:rPr>
        <w:t>I type at about forty words per minute, I am comfortable with email and chat, and I speak English, Hindi and Punjabi. I have used Google Sheets to track orders and I learn new software quickly.</w:t>
      </w:r>
    </w:p>
    <w:p>
      <w:pPr>
        <w:spacing w:after="120"/>
      </w:pPr>
      <w:r>
        <w:rPr>
          <w:b w:val="0"/>
          <w:i w:val="0"/>
        </w:rPr>
        <w:t>I am ready to work in rotational shifts, including weekends and night shifts, and I can join immediately. Thank you for considering my application.</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Mention the channels you have handled, such as voice, chat, email or social media, and the languages you can support, since these decide which queue you are hired for.</w:t>
      </w:r>
    </w:p>
    <w:p>
      <w:pPr>
        <w:pStyle w:val="ListBullet"/>
        <w:spacing w:after="40"/>
      </w:pPr>
      <w:r>
        <w:t>Give one example of a difficult customer situation you resolved and what you did differently, rather than saying you are good with people.</w:t>
      </w:r>
    </w:p>
    <w:p>
      <w:pPr>
        <w:pStyle w:val="ListBullet"/>
        <w:spacing w:after="40"/>
      </w:pPr>
      <w:r>
        <w:t>State your shift availability clearly, including night and weekend shifts, and your notice period; support hiring often moves fast and these details decide the next call.</w:t>
      </w:r>
    </w:p>
    <w:p>
      <w:pPr>
        <w:pStyle w:val="ListBullet"/>
        <w:spacing w:after="40"/>
      </w:pPr>
      <w:r>
        <w:t>Name the helpdesk or CRM tools you know, such as Zendesk, Freshdesk or Salesforce, and any quality or CSAT scores you are allowed to share in general terms.</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digitalcvmaker.com/cover-letter-examples/customer-support-executives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Support Executive cover letter samples</dc:title>
  <dc:subject>customer-support-executives cover letter example</dc:subject>
  <dc:creator>digitalcvmaker.com</dc:creator>
  <cp:keywords>template, customer-support-executives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